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608"/>
        <w:gridCol w:w="5976"/>
      </w:tblGrid>
      <w:tr>
        <w:trPr>
          <w:cantSplit/>
        </w:trPr>
        <w:tc>
          <w:tcPr>
            <w:tcW w:type="dxa" w:w="5285"/>
            <w:tcBorders>
              <w:bottom w:val="nil"/>
            </w:tcBorders>
            <w:tcMar>
              <w:top w:w="0" w:type="dxa"/>
              <w:start w:w="0" w:type="dxa"/>
              <w:bottom w:w="0" w:type="dxa"/>
              <w:end w:w="0" w:type="dxa"/>
            </w:tcMar>
          </w:tcPr>
          <w:p>
            <w:pPr>
              <w:spacing w:before="0" w:after="0" w:line="240" w:lineRule="auto"/>
            </w:pPr>
            <w:r>
              <w:drawing>
                <wp:inline xmlns:a="http://schemas.openxmlformats.org/drawingml/2006/main" xmlns:pic="http://schemas.openxmlformats.org/drawingml/2006/picture">
                  <wp:extent cx="749808" cy="749808"/>
                  <wp:docPr id="1" name="Picture 1"/>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749808" cy="749808"/>
                          </a:xfrm>
                          <a:prstGeom prst="rect"/>
                        </pic:spPr>
                      </pic:pic>
                    </a:graphicData>
                  </a:graphic>
                </wp:inline>
              </w:drawing>
            </w:r>
          </w:p>
        </w:tc>
        <w:tc>
          <w:tcPr>
            <w:tcW w:type="dxa" w:w="5285"/>
            <w:tcBorders>
              <w:bottom w:val="nil"/>
            </w:tcBorders>
            <w:tcMar>
              <w:top w:w="0" w:type="dxa"/>
              <w:start w:w="0" w:type="dxa"/>
              <w:bottom w:w="0" w:type="dxa"/>
              <w:end w:w="0" w:type="dxa"/>
            </w:tcMar>
          </w:tcPr>
          <w:p>
            <w:pPr>
              <w:spacing w:before="20" w:after="0" w:line="240" w:lineRule="auto"/>
              <w:jc w:val="right"/>
            </w:pPr>
            <w:r>
              <w:rPr>
                <w:rFonts w:ascii="Aptos" w:hAnsi="Aptos"/>
                <w:b/>
                <w:i w:val="0"/>
                <w:color w:val="1B1B1B"/>
                <w:sz w:val="36"/>
              </w:rPr>
              <w:t>VRAGENLIJST WEBSITE</w:t>
            </w:r>
          </w:p>
          <w:p>
            <w:pPr>
              <w:spacing w:before="40" w:after="0" w:line="240" w:lineRule="auto"/>
              <w:jc w:val="right"/>
            </w:pPr>
            <w:r>
              <w:rPr>
                <w:rFonts w:ascii="Aptos" w:hAnsi="Aptos"/>
                <w:b/>
                <w:i w:val="0"/>
                <w:color w:val="82B535"/>
                <w:sz w:val="19"/>
              </w:rPr>
              <w:t>STH Media</w:t>
            </w:r>
          </w:p>
        </w:tc>
      </w:tr>
    </w:tbl>
    <w:tbl>
      <w:tblPr>
        <w:tblW w:type="auto" w:w="0"/>
        <w:tblLayout w:type="fixed"/>
        <w:tblLook w:firstColumn="1" w:firstRow="1" w:lastColumn="0" w:lastRow="0" w:noHBand="0" w:noVBand="1" w:val="04A0"/>
      </w:tblPr>
      <w:tblGrid>
        <w:gridCol w:w="10598"/>
      </w:tblGrid>
      <w:tr>
        <w:tc>
          <w:tcPr>
            <w:tcW w:type="dxa" w:w="10570"/>
            <w:shd w:fill="82B535"/>
            <w:tcMar>
              <w:top w:w="0" w:type="dxa"/>
              <w:start w:w="0" w:type="dxa"/>
              <w:bottom w:w="0" w:type="dxa"/>
              <w:end w:w="0" w:type="dxa"/>
            </w:tcMar>
          </w:tcPr>
          <w:p>
            <w:pPr>
              <w:spacing w:after="0" w:before="0"/>
            </w:pPr>
          </w:p>
        </w:tc>
      </w:tr>
    </w:tbl>
    <w:p>
      <w:pPr>
        <w:spacing w:after="0"/>
      </w:pPr>
    </w:p>
    <w:tbl>
      <w:tblPr>
        <w:tblW w:type="auto" w:w="0"/>
        <w:jc w:val="center"/>
        <w:tblLook w:firstColumn="1" w:firstRow="1" w:lastColumn="0" w:lastRow="0" w:noHBand="0" w:noVBand="1" w:val="04A0"/>
      </w:tblPr>
      <w:tblGrid>
        <w:gridCol w:w="10570"/>
      </w:tblGrid>
      <w:tr>
        <w:trPr>
          <w:cantSplit/>
        </w:trPr>
        <w:tc>
          <w:tcPr>
            <w:tcW w:type="dxa" w:w="10570"/>
            <w:shd w:fill="F2F2F2"/>
            <w:tcBorders>
              <w:top w:val="single" w:sz="8" w:color="82B535"/>
              <w:left w:val="single" w:sz="4" w:color="D9D9D9"/>
              <w:bottom w:val="single" w:sz="4" w:color="D9D9D9"/>
              <w:right w:val="single" w:sz="4" w:color="D9D9D9"/>
            </w:tcBorders>
            <w:tcMar>
              <w:top w:w="110" w:type="dxa"/>
              <w:start w:w="130" w:type="dxa"/>
              <w:bottom w:w="110" w:type="dxa"/>
              <w:end w:w="130" w:type="dxa"/>
            </w:tcMar>
          </w:tcPr>
          <w:p>
            <w:pPr>
              <w:spacing w:before="0" w:after="40" w:line="240" w:lineRule="auto"/>
            </w:pPr>
            <w:r>
              <w:rPr>
                <w:rFonts w:ascii="Aptos" w:hAnsi="Aptos"/>
                <w:b/>
                <w:i w:val="0"/>
                <w:color w:val="82B535"/>
                <w:sz w:val="19"/>
              </w:rPr>
              <w:t>Hoe werkt deze vragenlijst?</w:t>
            </w:r>
          </w:p>
          <w:p>
            <w:pPr>
              <w:spacing w:before="0" w:after="0" w:line="259" w:lineRule="auto"/>
            </w:pPr>
            <w:r>
              <w:rPr>
                <w:rFonts w:ascii="Aptos" w:hAnsi="Aptos"/>
                <w:b w:val="0"/>
                <w:i w:val="0"/>
                <w:color w:val="1B1B1B"/>
                <w:sz w:val="17"/>
              </w:rPr>
              <w:t>Deze vragenlijst vormt de basis voor de eerste versie van jouw website. Vul vooral in wat je al weet. Bij twijfel mag je meerdere opties aanvinken. Lever waar mogelijk ook logo bestanden, foto’s en voorbeelden mee. Hoe duidelijker de input, hoe beter de eerste oplevering aansluit op jouw wensen.</w:t>
            </w:r>
          </w:p>
        </w:tc>
      </w:tr>
    </w:tbl>
    <w:p>
      <w:pPr>
        <w:spacing w:after="0"/>
      </w:pPr>
    </w:p>
    <w:p>
      <w:pPr>
        <w:spacing w:before="160" w:after="80" w:line="240" w:lineRule="auto"/>
        <w:keepNext/>
      </w:pPr>
      <w:r>
        <w:rPr>
          <w:rFonts w:ascii="Aptos" w:hAnsi="Aptos"/>
          <w:b/>
          <w:i w:val="0"/>
          <w:color w:val="82B535"/>
          <w:sz w:val="24"/>
        </w:rPr>
        <w:t>1. Algemene gegevens</w:t>
      </w:r>
    </w:p>
    <w:tbl>
      <w:tblPr>
        <w:tblW w:type="auto" w:w="0"/>
        <w:jc w:val="center"/>
        <w:tblLayout w:type="fixed"/>
        <w:tblLook w:firstColumn="1" w:firstRow="1" w:lastColumn="0" w:lastRow="0" w:noHBand="0" w:noVBand="1" w:val="04A0"/>
      </w:tblPr>
      <w:tblGrid>
        <w:gridCol w:w="3168"/>
        <w:gridCol w:w="7344"/>
      </w:tblGrid>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Bedrijfsnaam</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Vul bedrijfsnaam in</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Handelsnaam indien anders</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Vul indien van toepassing in</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Contactpersoon</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Naam en functie</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KvK nummer</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Vul KvK nummer in</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Btw nummer</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Vul btw nummer in</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Adres</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Straat en huisnummer</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Postcode en plaats</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Vul postcode en plaats in</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E mailadres</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Algemeen e mailadres voor de website</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Telefoonnummer</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Nummer dat op de website mag staan</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Huidige website of domein</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Vul in indien aanwezig</w:t>
            </w:r>
          </w:p>
        </w:tc>
      </w:tr>
    </w:tbl>
    <w:p>
      <w:pPr>
        <w:spacing w:before="160" w:after="80" w:line="240" w:lineRule="auto"/>
        <w:keepNext/>
      </w:pPr>
      <w:r>
        <w:rPr>
          <w:rFonts w:ascii="Aptos" w:hAnsi="Aptos"/>
          <w:b/>
          <w:i w:val="0"/>
          <w:color w:val="82B535"/>
          <w:sz w:val="24"/>
        </w:rPr>
        <w:t>2. Over jouw onderneming</w:t>
      </w:r>
    </w:p>
    <w:p>
      <w:pPr>
        <w:spacing w:before="100" w:after="40" w:line="240" w:lineRule="auto"/>
        <w:keepNext/>
      </w:pPr>
      <w:r>
        <w:rPr>
          <w:rFonts w:ascii="Aptos" w:hAnsi="Aptos"/>
          <w:b/>
          <w:i w:val="0"/>
          <w:color w:val="1B1B1B"/>
          <w:sz w:val="18"/>
        </w:rPr>
        <w:t>Wat doet jouw onderneming?</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Omschrijf in een paar zinnen wat je aanbiedt</w:t>
            </w:r>
          </w:p>
          <w:p>
            <w:pPr>
              <w:spacing w:before="0" w:after="0" w:line="240" w:lineRule="auto"/>
            </w:pPr>
            <w:r>
              <w:rPr>
                <w:rFonts w:ascii="Aptos" w:hAnsi="Aptos"/>
                <w:b w:val="0"/>
                <w:i w:val="0"/>
                <w:color w:val="1B1B1B"/>
                <w:sz w:val="17"/>
              </w:rPr>
              <w:t xml:space="preserve"> </w:t>
            </w:r>
          </w:p>
        </w:tc>
      </w:tr>
    </w:tbl>
    <w:p>
      <w:pPr>
        <w:spacing w:before="100" w:after="60" w:line="240" w:lineRule="auto"/>
        <w:keepNext/>
      </w:pPr>
      <w:r>
        <w:rPr>
          <w:rFonts w:ascii="Aptos" w:hAnsi="Aptos"/>
          <w:b/>
          <w:i w:val="0"/>
          <w:color w:val="1B1B1B"/>
          <w:sz w:val="18"/>
        </w:rPr>
        <w:t>Wie zijn jouw belangrijkste klanten?</w:t>
      </w:r>
    </w:p>
    <w:tbl>
      <w:tblPr>
        <w:tblW w:type="auto" w:w="0"/>
        <w:jc w:val="center"/>
        <w:tblLayout w:type="fixed"/>
        <w:tblLook w:firstColumn="1" w:firstRow="1" w:lastColumn="0" w:lastRow="0" w:noHBand="0" w:noVBand="1" w:val="04A0"/>
      </w:tblPr>
      <w:tblGrid>
        <w:gridCol w:w="5242"/>
        <w:gridCol w:w="5242"/>
      </w:tblGrid>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Particulieren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ZZP ondernemers</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MKB bedrijven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Grote bedrijven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Overheid of instellingen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Verenigingen of stichtingen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c>
          <w:tcPr>
            <w:tcW w:type="dxa" w:w="5285"/>
            <w:tcBorders>
              <w:top w:val="single" w:sz="3" w:color="E6E6E6"/>
              <w:left w:val="single" w:sz="3" w:color="E6E6E6"/>
              <w:bottom w:val="single" w:sz="3" w:color="E6E6E6"/>
              <w:right w:val="single" w:sz="3" w:color="E6E6E6"/>
            </w:tcBorders>
          </w:tcPr>
          <w:p/>
        </w:tc>
      </w:tr>
    </w:tbl>
    <w:p>
      <w:pPr>
        <w:spacing w:before="100" w:after="60" w:line="240" w:lineRule="auto"/>
        <w:keepNext/>
      </w:pPr>
      <w:r>
        <w:rPr>
          <w:rFonts w:ascii="Aptos" w:hAnsi="Aptos"/>
          <w:b/>
          <w:i w:val="0"/>
          <w:color w:val="1B1B1B"/>
          <w:sz w:val="18"/>
        </w:rPr>
        <w:t>Waar werk je voornamelijk?</w:t>
      </w:r>
    </w:p>
    <w:tbl>
      <w:tblPr>
        <w:tblW w:type="auto" w:w="0"/>
        <w:jc w:val="center"/>
        <w:tblLayout w:type="fixed"/>
        <w:tblLook w:firstColumn="1" w:firstRow="1" w:lastColumn="0" w:lastRow="0" w:noHBand="0" w:noVBand="1" w:val="04A0"/>
      </w:tblPr>
      <w:tblGrid>
        <w:gridCol w:w="5242"/>
        <w:gridCol w:w="5242"/>
      </w:tblGrid>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Lokaal</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Regionaal</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Landelijk</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Internationaal</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c>
          <w:tcPr>
            <w:tcW w:type="dxa" w:w="5285"/>
            <w:tcBorders>
              <w:top w:val="single" w:sz="3" w:color="E6E6E6"/>
              <w:left w:val="single" w:sz="3" w:color="E6E6E6"/>
              <w:bottom w:val="single" w:sz="3" w:color="E6E6E6"/>
              <w:right w:val="single" w:sz="3" w:color="E6E6E6"/>
            </w:tcBorders>
          </w:tcPr>
          <w:p/>
        </w:tc>
      </w:tr>
    </w:tbl>
    <w:p>
      <w:pPr>
        <w:spacing w:before="100" w:after="40" w:line="240" w:lineRule="auto"/>
        <w:keepNext/>
      </w:pPr>
      <w:r>
        <w:rPr>
          <w:rFonts w:ascii="Aptos" w:hAnsi="Aptos"/>
          <w:b/>
          <w:i w:val="0"/>
          <w:color w:val="1B1B1B"/>
          <w:sz w:val="18"/>
        </w:rPr>
        <w:t>Wat zijn de belangrijkste diensten of producten die direct zichtbaar moeten zijn?</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Noem bij voorkeur maximaal 5 diensten of producten</w:t>
            </w:r>
          </w:p>
        </w:tc>
      </w:tr>
    </w:tbl>
    <w:p>
      <w:pPr>
        <w:pageBreakBefore/>
        <w:spacing w:before="0" w:after="0"/>
      </w:pPr>
      <w:r>
        <w:rPr>
          <w:sz w:val="2"/>
        </w:rPr>
      </w:r>
    </w:p>
    <w:tbl>
      <w:tblPr>
        <w:tblW w:type="auto" w:w="0"/>
        <w:jc w:val="center"/>
        <w:tblLayout w:type="fixed"/>
        <w:tblLook w:firstColumn="1" w:firstRow="1" w:lastColumn="0" w:lastRow="0" w:noHBand="0" w:noVBand="1" w:val="04A0"/>
      </w:tblPr>
      <w:tblGrid>
        <w:gridCol w:w="4608"/>
        <w:gridCol w:w="5976"/>
      </w:tblGrid>
      <w:tr>
        <w:trPr>
          <w:cantSplit/>
        </w:trPr>
        <w:tc>
          <w:tcPr>
            <w:tcW w:type="dxa" w:w="5285"/>
            <w:tcBorders>
              <w:bottom w:val="nil"/>
            </w:tcBorders>
            <w:tcMar>
              <w:top w:w="0" w:type="dxa"/>
              <w:start w:w="0" w:type="dxa"/>
              <w:bottom w:w="0" w:type="dxa"/>
              <w:end w:w="0" w:type="dxa"/>
            </w:tcMar>
          </w:tcPr>
          <w:p>
            <w:pPr>
              <w:spacing w:before="0" w:after="0" w:line="240" w:lineRule="auto"/>
            </w:pPr>
            <w:r>
              <w:drawing>
                <wp:inline xmlns:a="http://schemas.openxmlformats.org/drawingml/2006/main" xmlns:pic="http://schemas.openxmlformats.org/drawingml/2006/picture">
                  <wp:extent cx="749808" cy="749808"/>
                  <wp:docPr id="2" name="Picture 2"/>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749808" cy="749808"/>
                          </a:xfrm>
                          <a:prstGeom prst="rect"/>
                        </pic:spPr>
                      </pic:pic>
                    </a:graphicData>
                  </a:graphic>
                </wp:inline>
              </w:drawing>
            </w:r>
          </w:p>
        </w:tc>
        <w:tc>
          <w:tcPr>
            <w:tcW w:type="dxa" w:w="5285"/>
            <w:tcBorders>
              <w:bottom w:val="nil"/>
            </w:tcBorders>
            <w:tcMar>
              <w:top w:w="0" w:type="dxa"/>
              <w:start w:w="0" w:type="dxa"/>
              <w:bottom w:w="0" w:type="dxa"/>
              <w:end w:w="0" w:type="dxa"/>
            </w:tcMar>
          </w:tcPr>
          <w:p>
            <w:pPr>
              <w:spacing w:before="20" w:after="0" w:line="240" w:lineRule="auto"/>
              <w:jc w:val="right"/>
            </w:pPr>
            <w:r>
              <w:rPr>
                <w:rFonts w:ascii="Aptos" w:hAnsi="Aptos"/>
                <w:b/>
                <w:i w:val="0"/>
                <w:color w:val="1B1B1B"/>
                <w:sz w:val="36"/>
              </w:rPr>
              <w:t>VRAGENLIJST WEBSITE</w:t>
            </w:r>
          </w:p>
          <w:p>
            <w:pPr>
              <w:spacing w:before="40" w:after="0" w:line="240" w:lineRule="auto"/>
              <w:jc w:val="right"/>
            </w:pPr>
            <w:r>
              <w:rPr>
                <w:rFonts w:ascii="Aptos" w:hAnsi="Aptos"/>
                <w:b/>
                <w:i w:val="0"/>
                <w:color w:val="82B535"/>
                <w:sz w:val="19"/>
              </w:rPr>
              <w:t>STH Media</w:t>
            </w:r>
          </w:p>
        </w:tc>
      </w:tr>
    </w:tbl>
    <w:tbl>
      <w:tblPr>
        <w:tblW w:type="auto" w:w="0"/>
        <w:tblLayout w:type="fixed"/>
        <w:tblLook w:firstColumn="1" w:firstRow="1" w:lastColumn="0" w:lastRow="0" w:noHBand="0" w:noVBand="1" w:val="04A0"/>
      </w:tblPr>
      <w:tblGrid>
        <w:gridCol w:w="10598"/>
      </w:tblGrid>
      <w:tr>
        <w:tc>
          <w:tcPr>
            <w:tcW w:type="dxa" w:w="10570"/>
            <w:shd w:fill="82B535"/>
            <w:tcMar>
              <w:top w:w="0" w:type="dxa"/>
              <w:start w:w="0" w:type="dxa"/>
              <w:bottom w:w="0" w:type="dxa"/>
              <w:end w:w="0" w:type="dxa"/>
            </w:tcMar>
          </w:tcPr>
          <w:p>
            <w:pPr>
              <w:spacing w:after="0" w:before="0"/>
            </w:pPr>
          </w:p>
        </w:tc>
      </w:tr>
    </w:tbl>
    <w:p>
      <w:pPr>
        <w:spacing w:after="0"/>
      </w:pPr>
    </w:p>
    <w:p>
      <w:pPr>
        <w:spacing w:before="0" w:after="100" w:line="240" w:lineRule="auto"/>
      </w:pPr>
      <w:r>
        <w:rPr>
          <w:rFonts w:ascii="Aptos" w:hAnsi="Aptos"/>
          <w:b/>
          <w:i w:val="0"/>
          <w:color w:val="82B535"/>
          <w:sz w:val="21"/>
        </w:rPr>
        <w:t>Doel en uitstraling</w:t>
      </w:r>
    </w:p>
    <w:p>
      <w:pPr>
        <w:spacing w:before="160" w:after="80" w:line="240" w:lineRule="auto"/>
        <w:keepNext/>
      </w:pPr>
      <w:r>
        <w:rPr>
          <w:rFonts w:ascii="Aptos" w:hAnsi="Aptos"/>
          <w:b/>
          <w:i w:val="0"/>
          <w:color w:val="82B535"/>
          <w:sz w:val="24"/>
        </w:rPr>
        <w:t>3. Doel van de website</w:t>
      </w:r>
    </w:p>
    <w:p>
      <w:pPr>
        <w:spacing w:before="100" w:after="60" w:line="240" w:lineRule="auto"/>
        <w:keepNext/>
      </w:pPr>
      <w:r>
        <w:rPr>
          <w:rFonts w:ascii="Aptos" w:hAnsi="Aptos"/>
          <w:b/>
          <w:i w:val="0"/>
          <w:color w:val="1B1B1B"/>
          <w:sz w:val="18"/>
        </w:rPr>
        <w:t>Wat moet de website vooral voor jou doen?</w:t>
      </w:r>
    </w:p>
    <w:tbl>
      <w:tblPr>
        <w:tblW w:type="auto" w:w="0"/>
        <w:jc w:val="center"/>
        <w:tblLayout w:type="fixed"/>
        <w:tblLook w:firstColumn="1" w:firstRow="1" w:lastColumn="0" w:lastRow="0" w:noHBand="0" w:noVBand="1" w:val="04A0"/>
      </w:tblPr>
      <w:tblGrid>
        <w:gridCol w:w="5242"/>
        <w:gridCol w:w="5242"/>
      </w:tblGrid>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Bedrijf professioneel presenteren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Nieuwe aanvragen ontvangen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Meer telefoontjes krijgen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Offerte aanvragen ontvangen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Afspraken laten plannen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Diensten of producten uitleggen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Projecten of werk laten zien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Vertrouwen opbouwen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Nieuwe medewerkers aantrekken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Bestaande klanten informeren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c>
          <w:tcPr>
            <w:tcW w:type="dxa" w:w="5285"/>
            <w:tcBorders>
              <w:top w:val="single" w:sz="3" w:color="E6E6E6"/>
              <w:left w:val="single" w:sz="3" w:color="E6E6E6"/>
              <w:bottom w:val="single" w:sz="3" w:color="E6E6E6"/>
              <w:right w:val="single" w:sz="3" w:color="E6E6E6"/>
            </w:tcBorders>
          </w:tcPr>
          <w:p/>
        </w:tc>
      </w:tr>
    </w:tbl>
    <w:p>
      <w:pPr>
        <w:spacing w:before="100" w:after="60" w:line="240" w:lineRule="auto"/>
        <w:keepNext/>
      </w:pPr>
      <w:r>
        <w:rPr>
          <w:rFonts w:ascii="Aptos" w:hAnsi="Aptos"/>
          <w:b/>
          <w:i w:val="0"/>
          <w:color w:val="1B1B1B"/>
          <w:sz w:val="18"/>
        </w:rPr>
        <w:t>Wat wil je dat een bezoeker vooral doet?</w:t>
      </w:r>
    </w:p>
    <w:tbl>
      <w:tblPr>
        <w:tblW w:type="auto" w:w="0"/>
        <w:jc w:val="center"/>
        <w:tblLayout w:type="fixed"/>
        <w:tblLook w:firstColumn="1" w:firstRow="1" w:lastColumn="0" w:lastRow="0" w:noHBand="0" w:noVBand="1" w:val="04A0"/>
      </w:tblPr>
      <w:tblGrid>
        <w:gridCol w:w="5242"/>
        <w:gridCol w:w="5242"/>
      </w:tblGrid>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Bellen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E mail sturen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WhatsApp sturen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Contactformulier invullen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Offerte aanvragen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Afspraak aanvragen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Locatie bezoeken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Social media bekijken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c>
          <w:tcPr>
            <w:tcW w:type="dxa" w:w="5285"/>
            <w:tcBorders>
              <w:top w:val="single" w:sz="3" w:color="E6E6E6"/>
              <w:left w:val="single" w:sz="3" w:color="E6E6E6"/>
              <w:bottom w:val="single" w:sz="3" w:color="E6E6E6"/>
              <w:right w:val="single" w:sz="3" w:color="E6E6E6"/>
            </w:tcBorders>
          </w:tcPr>
          <w:p/>
        </w:tc>
      </w:tr>
    </w:tbl>
    <w:p>
      <w:pPr>
        <w:spacing w:before="100" w:after="40" w:line="240" w:lineRule="auto"/>
        <w:keepNext/>
      </w:pPr>
      <w:r>
        <w:rPr>
          <w:rFonts w:ascii="Aptos" w:hAnsi="Aptos"/>
          <w:b/>
          <w:i w:val="0"/>
          <w:color w:val="1B1B1B"/>
          <w:sz w:val="18"/>
        </w:rPr>
        <w:t>Wat maakt jouw onderneming anders dan concurrenten?</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Denk aan snelheid, kwaliteit, ervaring, prijs, persoonlijke aanpak of specialisme</w:t>
            </w:r>
          </w:p>
          <w:p>
            <w:pPr>
              <w:spacing w:before="0" w:after="0" w:line="240" w:lineRule="auto"/>
            </w:pPr>
            <w:r>
              <w:rPr>
                <w:rFonts w:ascii="Aptos" w:hAnsi="Aptos"/>
                <w:b w:val="0"/>
                <w:i w:val="0"/>
                <w:color w:val="1B1B1B"/>
                <w:sz w:val="17"/>
              </w:rPr>
              <w:t xml:space="preserve"> </w:t>
            </w:r>
          </w:p>
        </w:tc>
      </w:tr>
    </w:tbl>
    <w:p>
      <w:pPr>
        <w:spacing w:before="100" w:after="40" w:line="240" w:lineRule="auto"/>
        <w:keepNext/>
      </w:pPr>
      <w:r>
        <w:rPr>
          <w:rFonts w:ascii="Aptos" w:hAnsi="Aptos"/>
          <w:b/>
          <w:i w:val="0"/>
          <w:color w:val="1B1B1B"/>
          <w:sz w:val="18"/>
        </w:rPr>
        <w:t>Voor welke plaats of regio wil je vooral gevonden worden?</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Bijvoorbeeld Apeldoorn, Gelderland of heel Nederland</w:t>
            </w:r>
          </w:p>
        </w:tc>
      </w:tr>
    </w:tbl>
    <w:p>
      <w:pPr>
        <w:spacing w:before="160" w:after="80" w:line="240" w:lineRule="auto"/>
        <w:keepNext/>
      </w:pPr>
      <w:r>
        <w:rPr>
          <w:rFonts w:ascii="Aptos" w:hAnsi="Aptos"/>
          <w:b/>
          <w:i w:val="0"/>
          <w:color w:val="82B535"/>
          <w:sz w:val="24"/>
        </w:rPr>
        <w:t>4. Huisstijl en materialen</w:t>
      </w:r>
    </w:p>
    <w:p>
      <w:pPr>
        <w:spacing w:before="100" w:after="60" w:line="240" w:lineRule="auto"/>
        <w:keepNext/>
      </w:pPr>
      <w:r>
        <w:rPr>
          <w:rFonts w:ascii="Aptos" w:hAnsi="Aptos"/>
          <w:b/>
          <w:i w:val="0"/>
          <w:color w:val="1B1B1B"/>
          <w:sz w:val="18"/>
        </w:rPr>
        <w:t>Welke materialen kun je aanleveren?</w:t>
      </w:r>
    </w:p>
    <w:tbl>
      <w:tblPr>
        <w:tblW w:type="auto" w:w="0"/>
        <w:jc w:val="center"/>
        <w:tblLayout w:type="fixed"/>
        <w:tblLook w:firstColumn="1" w:firstRow="1" w:lastColumn="0" w:lastRow="0" w:noHBand="0" w:noVBand="1" w:val="04A0"/>
      </w:tblPr>
      <w:tblGrid>
        <w:gridCol w:w="5242"/>
        <w:gridCol w:w="5242"/>
      </w:tblGrid>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Hoofdlogo</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Logo met transparante achtergrond</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Logo varianten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Kleurenpalet</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Huisstijl document</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Lettertypes</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Bedrijfsfoto’s</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Projectfoto’s</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Video’s</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Brochures of PDF bestanden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Reviews of klantreacties</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Certificaten of keurmerken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c>
          <w:tcPr>
            <w:tcW w:type="dxa" w:w="5285"/>
            <w:tcBorders>
              <w:top w:val="single" w:sz="3" w:color="E6E6E6"/>
              <w:left w:val="single" w:sz="3" w:color="E6E6E6"/>
              <w:bottom w:val="single" w:sz="3" w:color="E6E6E6"/>
              <w:right w:val="single" w:sz="3" w:color="E6E6E6"/>
            </w:tcBorders>
          </w:tcPr>
          <w:p/>
        </w:tc>
      </w:tr>
    </w:tbl>
    <w:p>
      <w:pPr>
        <w:pageBreakBefore/>
        <w:spacing w:before="0" w:after="0"/>
      </w:pPr>
      <w:r>
        <w:rPr>
          <w:sz w:val="2"/>
        </w:rPr>
      </w:r>
    </w:p>
    <w:tbl>
      <w:tblPr>
        <w:tblW w:type="auto" w:w="0"/>
        <w:jc w:val="center"/>
        <w:tblLayout w:type="fixed"/>
        <w:tblLook w:firstColumn="1" w:firstRow="1" w:lastColumn="0" w:lastRow="0" w:noHBand="0" w:noVBand="1" w:val="04A0"/>
      </w:tblPr>
      <w:tblGrid>
        <w:gridCol w:w="4608"/>
        <w:gridCol w:w="5976"/>
      </w:tblGrid>
      <w:tr>
        <w:trPr>
          <w:cantSplit/>
        </w:trPr>
        <w:tc>
          <w:tcPr>
            <w:tcW w:type="dxa" w:w="5285"/>
            <w:tcBorders>
              <w:bottom w:val="nil"/>
            </w:tcBorders>
            <w:tcMar>
              <w:top w:w="0" w:type="dxa"/>
              <w:start w:w="0" w:type="dxa"/>
              <w:bottom w:w="0" w:type="dxa"/>
              <w:end w:w="0" w:type="dxa"/>
            </w:tcMar>
          </w:tcPr>
          <w:p>
            <w:pPr>
              <w:spacing w:before="0" w:after="0" w:line="240" w:lineRule="auto"/>
            </w:pPr>
            <w:r>
              <w:drawing>
                <wp:inline xmlns:a="http://schemas.openxmlformats.org/drawingml/2006/main" xmlns:pic="http://schemas.openxmlformats.org/drawingml/2006/picture">
                  <wp:extent cx="749808" cy="749808"/>
                  <wp:docPr id="3" name="Picture 3"/>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749808" cy="749808"/>
                          </a:xfrm>
                          <a:prstGeom prst="rect"/>
                        </pic:spPr>
                      </pic:pic>
                    </a:graphicData>
                  </a:graphic>
                </wp:inline>
              </w:drawing>
            </w:r>
          </w:p>
        </w:tc>
        <w:tc>
          <w:tcPr>
            <w:tcW w:type="dxa" w:w="5285"/>
            <w:tcBorders>
              <w:bottom w:val="nil"/>
            </w:tcBorders>
            <w:tcMar>
              <w:top w:w="0" w:type="dxa"/>
              <w:start w:w="0" w:type="dxa"/>
              <w:bottom w:w="0" w:type="dxa"/>
              <w:end w:w="0" w:type="dxa"/>
            </w:tcMar>
          </w:tcPr>
          <w:p>
            <w:pPr>
              <w:spacing w:before="20" w:after="0" w:line="240" w:lineRule="auto"/>
              <w:jc w:val="right"/>
            </w:pPr>
            <w:r>
              <w:rPr>
                <w:rFonts w:ascii="Aptos" w:hAnsi="Aptos"/>
                <w:b/>
                <w:i w:val="0"/>
                <w:color w:val="1B1B1B"/>
                <w:sz w:val="36"/>
              </w:rPr>
              <w:t>VRAGENLIJST WEBSITE</w:t>
            </w:r>
          </w:p>
          <w:p>
            <w:pPr>
              <w:spacing w:before="40" w:after="0" w:line="240" w:lineRule="auto"/>
              <w:jc w:val="right"/>
            </w:pPr>
            <w:r>
              <w:rPr>
                <w:rFonts w:ascii="Aptos" w:hAnsi="Aptos"/>
                <w:b/>
                <w:i w:val="0"/>
                <w:color w:val="82B535"/>
                <w:sz w:val="19"/>
              </w:rPr>
              <w:t>STH Media</w:t>
            </w:r>
          </w:p>
        </w:tc>
      </w:tr>
    </w:tbl>
    <w:tbl>
      <w:tblPr>
        <w:tblW w:type="auto" w:w="0"/>
        <w:tblLayout w:type="fixed"/>
        <w:tblLook w:firstColumn="1" w:firstRow="1" w:lastColumn="0" w:lastRow="0" w:noHBand="0" w:noVBand="1" w:val="04A0"/>
      </w:tblPr>
      <w:tblGrid>
        <w:gridCol w:w="10598"/>
      </w:tblGrid>
      <w:tr>
        <w:tc>
          <w:tcPr>
            <w:tcW w:type="dxa" w:w="10570"/>
            <w:shd w:fill="82B535"/>
            <w:tcMar>
              <w:top w:w="0" w:type="dxa"/>
              <w:start w:w="0" w:type="dxa"/>
              <w:bottom w:w="0" w:type="dxa"/>
              <w:end w:w="0" w:type="dxa"/>
            </w:tcMar>
          </w:tcPr>
          <w:p>
            <w:pPr>
              <w:spacing w:after="0" w:before="0"/>
            </w:pPr>
          </w:p>
        </w:tc>
      </w:tr>
    </w:tbl>
    <w:p>
      <w:pPr>
        <w:spacing w:after="0"/>
      </w:pPr>
    </w:p>
    <w:p>
      <w:pPr>
        <w:spacing w:before="0" w:after="100" w:line="240" w:lineRule="auto"/>
      </w:pPr>
      <w:r>
        <w:rPr>
          <w:rFonts w:ascii="Aptos" w:hAnsi="Aptos"/>
          <w:b/>
          <w:i w:val="0"/>
          <w:color w:val="82B535"/>
          <w:sz w:val="21"/>
        </w:rPr>
        <w:t>Feeling en inspiratie</w:t>
      </w:r>
    </w:p>
    <w:p>
      <w:pPr>
        <w:spacing w:before="100" w:after="40" w:line="240" w:lineRule="auto"/>
        <w:keepNext/>
      </w:pPr>
      <w:r>
        <w:rPr>
          <w:rFonts w:ascii="Aptos" w:hAnsi="Aptos"/>
          <w:b/>
          <w:i w:val="0"/>
          <w:color w:val="1B1B1B"/>
          <w:sz w:val="18"/>
        </w:rPr>
        <w:t>Welke kleuren moeten we gebruiken?</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Geef kleurnamen of kleurcodes door indien bekend</w:t>
            </w:r>
          </w:p>
        </w:tc>
      </w:tr>
    </w:tbl>
    <w:p>
      <w:pPr>
        <w:spacing w:before="100" w:after="40" w:line="240" w:lineRule="auto"/>
        <w:keepNext/>
      </w:pPr>
      <w:r>
        <w:rPr>
          <w:rFonts w:ascii="Aptos" w:hAnsi="Aptos"/>
          <w:b/>
          <w:i w:val="0"/>
          <w:color w:val="1B1B1B"/>
          <w:sz w:val="18"/>
        </w:rPr>
        <w:t>Zijn er kleuren die je juist niet wilt gebruiken?</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Vul in indien van toepassing</w:t>
            </w:r>
          </w:p>
        </w:tc>
      </w:tr>
    </w:tbl>
    <w:p>
      <w:pPr>
        <w:spacing w:before="160" w:after="80" w:line="240" w:lineRule="auto"/>
        <w:keepNext/>
      </w:pPr>
      <w:r>
        <w:rPr>
          <w:rFonts w:ascii="Aptos" w:hAnsi="Aptos"/>
          <w:b/>
          <w:i w:val="0"/>
          <w:color w:val="82B535"/>
          <w:sz w:val="24"/>
        </w:rPr>
        <w:t>5. Gewenste feeling</w:t>
      </w:r>
    </w:p>
    <w:p>
      <w:pPr>
        <w:spacing w:before="100" w:after="60" w:line="240" w:lineRule="auto"/>
        <w:keepNext/>
      </w:pPr>
      <w:r>
        <w:rPr>
          <w:rFonts w:ascii="Aptos" w:hAnsi="Aptos"/>
          <w:b/>
          <w:i w:val="0"/>
          <w:color w:val="1B1B1B"/>
          <w:sz w:val="18"/>
        </w:rPr>
        <w:t>Welke uitstraling past bij jouw bedrijf?</w:t>
      </w:r>
    </w:p>
    <w:tbl>
      <w:tblPr>
        <w:tblW w:type="auto" w:w="0"/>
        <w:jc w:val="center"/>
        <w:tblLayout w:type="fixed"/>
        <w:tblLook w:firstColumn="1" w:firstRow="1" w:lastColumn="0" w:lastRow="0" w:noHBand="0" w:noVBand="1" w:val="04A0"/>
      </w:tblPr>
      <w:tblGrid>
        <w:gridCol w:w="3494"/>
        <w:gridCol w:w="3494"/>
        <w:gridCol w:w="3494"/>
      </w:tblGrid>
      <w:tr>
        <w:trPr>
          <w:cantSplit/>
        </w:trPr>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Modern</w:t>
            </w:r>
          </w:p>
        </w:tc>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Zakelijk</w:t>
            </w:r>
          </w:p>
        </w:tc>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Luxe</w:t>
            </w:r>
          </w:p>
        </w:tc>
      </w:tr>
      <w:tr>
        <w:trPr>
          <w:cantSplit/>
        </w:trPr>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Persoonlijk</w:t>
            </w:r>
          </w:p>
        </w:tc>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Minimalistisch</w:t>
            </w:r>
          </w:p>
        </w:tc>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Warm</w:t>
            </w:r>
          </w:p>
        </w:tc>
      </w:tr>
      <w:tr>
        <w:trPr>
          <w:cantSplit/>
        </w:trPr>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Rustig</w:t>
            </w:r>
          </w:p>
        </w:tc>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Speels</w:t>
            </w:r>
          </w:p>
        </w:tc>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Technisch</w:t>
            </w:r>
          </w:p>
        </w:tc>
      </w:tr>
      <w:tr>
        <w:trPr>
          <w:cantSplit/>
        </w:trPr>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Krachtig</w:t>
            </w:r>
          </w:p>
        </w:tc>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Betrouwbaar</w:t>
            </w:r>
          </w:p>
        </w:tc>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Stoer</w:t>
            </w:r>
          </w:p>
        </w:tc>
      </w:tr>
      <w:tr>
        <w:trPr>
          <w:cantSplit/>
        </w:trPr>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Premium</w:t>
            </w:r>
          </w:p>
        </w:tc>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Klassiek</w:t>
            </w:r>
          </w:p>
        </w:tc>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Licht</w:t>
            </w:r>
          </w:p>
        </w:tc>
      </w:tr>
      <w:tr>
        <w:trPr>
          <w:cantSplit/>
        </w:trPr>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Donker</w:t>
            </w:r>
          </w:p>
        </w:tc>
        <w:tc>
          <w:tcPr>
            <w:tcW w:type="dxa" w:w="3494"/>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c>
          <w:tcPr>
            <w:tcW w:type="dxa" w:w="3523"/>
            <w:tcBorders>
              <w:top w:val="single" w:sz="3" w:color="E6E6E6"/>
              <w:left w:val="single" w:sz="3" w:color="E6E6E6"/>
              <w:bottom w:val="single" w:sz="3" w:color="E6E6E6"/>
              <w:right w:val="single" w:sz="3" w:color="E6E6E6"/>
            </w:tcBorders>
          </w:tcPr>
          <w:p/>
        </w:tc>
      </w:tr>
    </w:tbl>
    <w:p>
      <w:pPr>
        <w:spacing w:before="100" w:after="40" w:line="240" w:lineRule="auto"/>
        <w:keepNext/>
      </w:pPr>
      <w:r>
        <w:rPr>
          <w:rFonts w:ascii="Aptos" w:hAnsi="Aptos"/>
          <w:b/>
          <w:i w:val="0"/>
          <w:color w:val="1B1B1B"/>
          <w:sz w:val="18"/>
        </w:rPr>
        <w:t>Omschrijf de gewenste sfeer in je eigen woorden</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Bijvoorbeeld rustig, professioneel en toegankelijk</w:t>
            </w:r>
          </w:p>
        </w:tc>
      </w:tr>
    </w:tbl>
    <w:p>
      <w:pPr>
        <w:spacing w:before="160" w:after="80" w:line="240" w:lineRule="auto"/>
        <w:keepNext/>
      </w:pPr>
      <w:r>
        <w:rPr>
          <w:rFonts w:ascii="Aptos" w:hAnsi="Aptos"/>
          <w:b/>
          <w:i w:val="0"/>
          <w:color w:val="82B535"/>
          <w:sz w:val="24"/>
        </w:rPr>
        <w:t>6. Voorbeelden en inspiratie</w:t>
      </w:r>
    </w:p>
    <w:p>
      <w:pPr>
        <w:spacing w:before="100" w:after="40" w:line="240" w:lineRule="auto"/>
        <w:keepNext/>
      </w:pPr>
      <w:r>
        <w:rPr>
          <w:rFonts w:ascii="Aptos" w:hAnsi="Aptos"/>
          <w:b/>
          <w:i w:val="0"/>
          <w:color w:val="1B1B1B"/>
          <w:sz w:val="18"/>
        </w:rPr>
        <w:t>Website voorbeeld 1</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Plak hier de link</w:t>
            </w:r>
          </w:p>
        </w:tc>
      </w:tr>
    </w:tbl>
    <w:p>
      <w:pPr>
        <w:spacing w:before="100" w:after="40" w:line="240" w:lineRule="auto"/>
        <w:keepNext/>
      </w:pPr>
      <w:r>
        <w:rPr>
          <w:rFonts w:ascii="Aptos" w:hAnsi="Aptos"/>
          <w:b/>
          <w:i w:val="0"/>
          <w:color w:val="1B1B1B"/>
          <w:sz w:val="18"/>
        </w:rPr>
        <w:t>Wat vind je mooi aan deze website?</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Bijvoorbeeld kleuren, indeling, rust, fotografie of stijl</w:t>
            </w:r>
          </w:p>
        </w:tc>
      </w:tr>
    </w:tbl>
    <w:p>
      <w:pPr>
        <w:spacing w:before="100" w:after="40" w:line="240" w:lineRule="auto"/>
        <w:keepNext/>
      </w:pPr>
      <w:r>
        <w:rPr>
          <w:rFonts w:ascii="Aptos" w:hAnsi="Aptos"/>
          <w:b/>
          <w:i w:val="0"/>
          <w:color w:val="1B1B1B"/>
          <w:sz w:val="18"/>
        </w:rPr>
        <w:t>Website voorbeeld 2</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Plak hier de link</w:t>
            </w:r>
          </w:p>
        </w:tc>
      </w:tr>
    </w:tbl>
    <w:p>
      <w:pPr>
        <w:spacing w:before="100" w:after="40" w:line="240" w:lineRule="auto"/>
        <w:keepNext/>
      </w:pPr>
      <w:r>
        <w:rPr>
          <w:rFonts w:ascii="Aptos" w:hAnsi="Aptos"/>
          <w:b/>
          <w:i w:val="0"/>
          <w:color w:val="1B1B1B"/>
          <w:sz w:val="18"/>
        </w:rPr>
        <w:t>Wat vind je mooi aan deze website?</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Vul kort in</w:t>
            </w:r>
          </w:p>
        </w:tc>
      </w:tr>
    </w:tbl>
    <w:p>
      <w:pPr>
        <w:spacing w:before="100" w:after="40" w:line="240" w:lineRule="auto"/>
        <w:keepNext/>
      </w:pPr>
      <w:r>
        <w:rPr>
          <w:rFonts w:ascii="Aptos" w:hAnsi="Aptos"/>
          <w:b/>
          <w:i w:val="0"/>
          <w:color w:val="1B1B1B"/>
          <w:sz w:val="18"/>
        </w:rPr>
        <w:t>Is er iets dat je absoluut niet wilt terugzien?</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Bijvoorbeeld bepaalde kleuren, drukke animaties of een specifieke stijl</w:t>
            </w:r>
          </w:p>
        </w:tc>
      </w:tr>
    </w:tbl>
    <w:p>
      <w:pPr>
        <w:pageBreakBefore/>
        <w:spacing w:before="0" w:after="0"/>
      </w:pPr>
      <w:r>
        <w:rPr>
          <w:sz w:val="2"/>
        </w:rPr>
      </w:r>
    </w:p>
    <w:tbl>
      <w:tblPr>
        <w:tblW w:type="auto" w:w="0"/>
        <w:jc w:val="center"/>
        <w:tblLayout w:type="fixed"/>
        <w:tblLook w:firstColumn="1" w:firstRow="1" w:lastColumn="0" w:lastRow="0" w:noHBand="0" w:noVBand="1" w:val="04A0"/>
      </w:tblPr>
      <w:tblGrid>
        <w:gridCol w:w="4608"/>
        <w:gridCol w:w="5976"/>
      </w:tblGrid>
      <w:tr>
        <w:trPr>
          <w:cantSplit/>
        </w:trPr>
        <w:tc>
          <w:tcPr>
            <w:tcW w:type="dxa" w:w="5285"/>
            <w:tcBorders>
              <w:bottom w:val="nil"/>
            </w:tcBorders>
            <w:tcMar>
              <w:top w:w="0" w:type="dxa"/>
              <w:start w:w="0" w:type="dxa"/>
              <w:bottom w:w="0" w:type="dxa"/>
              <w:end w:w="0" w:type="dxa"/>
            </w:tcMar>
          </w:tcPr>
          <w:p>
            <w:pPr>
              <w:spacing w:before="0" w:after="0" w:line="240" w:lineRule="auto"/>
            </w:pPr>
            <w:r>
              <w:drawing>
                <wp:inline xmlns:a="http://schemas.openxmlformats.org/drawingml/2006/main" xmlns:pic="http://schemas.openxmlformats.org/drawingml/2006/picture">
                  <wp:extent cx="749808" cy="749808"/>
                  <wp:docPr id="4" name="Picture 4"/>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749808" cy="749808"/>
                          </a:xfrm>
                          <a:prstGeom prst="rect"/>
                        </pic:spPr>
                      </pic:pic>
                    </a:graphicData>
                  </a:graphic>
                </wp:inline>
              </w:drawing>
            </w:r>
          </w:p>
        </w:tc>
        <w:tc>
          <w:tcPr>
            <w:tcW w:type="dxa" w:w="5285"/>
            <w:tcBorders>
              <w:bottom w:val="nil"/>
            </w:tcBorders>
            <w:tcMar>
              <w:top w:w="0" w:type="dxa"/>
              <w:start w:w="0" w:type="dxa"/>
              <w:bottom w:w="0" w:type="dxa"/>
              <w:end w:w="0" w:type="dxa"/>
            </w:tcMar>
          </w:tcPr>
          <w:p>
            <w:pPr>
              <w:spacing w:before="20" w:after="0" w:line="240" w:lineRule="auto"/>
              <w:jc w:val="right"/>
            </w:pPr>
            <w:r>
              <w:rPr>
                <w:rFonts w:ascii="Aptos" w:hAnsi="Aptos"/>
                <w:b/>
                <w:i w:val="0"/>
                <w:color w:val="1B1B1B"/>
                <w:sz w:val="36"/>
              </w:rPr>
              <w:t>VRAGENLIJST WEBSITE</w:t>
            </w:r>
          </w:p>
          <w:p>
            <w:pPr>
              <w:spacing w:before="40" w:after="0" w:line="240" w:lineRule="auto"/>
              <w:jc w:val="right"/>
            </w:pPr>
            <w:r>
              <w:rPr>
                <w:rFonts w:ascii="Aptos" w:hAnsi="Aptos"/>
                <w:b/>
                <w:i w:val="0"/>
                <w:color w:val="82B535"/>
                <w:sz w:val="19"/>
              </w:rPr>
              <w:t>STH Media</w:t>
            </w:r>
          </w:p>
        </w:tc>
      </w:tr>
    </w:tbl>
    <w:tbl>
      <w:tblPr>
        <w:tblW w:type="auto" w:w="0"/>
        <w:tblLayout w:type="fixed"/>
        <w:tblLook w:firstColumn="1" w:firstRow="1" w:lastColumn="0" w:lastRow="0" w:noHBand="0" w:noVBand="1" w:val="04A0"/>
      </w:tblPr>
      <w:tblGrid>
        <w:gridCol w:w="10598"/>
      </w:tblGrid>
      <w:tr>
        <w:tc>
          <w:tcPr>
            <w:tcW w:type="dxa" w:w="10570"/>
            <w:shd w:fill="82B535"/>
            <w:tcMar>
              <w:top w:w="0" w:type="dxa"/>
              <w:start w:w="0" w:type="dxa"/>
              <w:bottom w:w="0" w:type="dxa"/>
              <w:end w:w="0" w:type="dxa"/>
            </w:tcMar>
          </w:tcPr>
          <w:p>
            <w:pPr>
              <w:spacing w:after="0" w:before="0"/>
            </w:pPr>
          </w:p>
        </w:tc>
      </w:tr>
    </w:tbl>
    <w:p>
      <w:pPr>
        <w:spacing w:after="0"/>
      </w:pPr>
    </w:p>
    <w:p>
      <w:pPr>
        <w:spacing w:before="0" w:after="100" w:line="240" w:lineRule="auto"/>
      </w:pPr>
      <w:r>
        <w:rPr>
          <w:rFonts w:ascii="Aptos" w:hAnsi="Aptos"/>
          <w:b/>
          <w:i w:val="0"/>
          <w:color w:val="82B535"/>
          <w:sz w:val="21"/>
        </w:rPr>
        <w:t>Pagina’s en inhoud</w:t>
      </w:r>
    </w:p>
    <w:p>
      <w:pPr>
        <w:spacing w:before="160" w:after="80" w:line="240" w:lineRule="auto"/>
        <w:keepNext/>
      </w:pPr>
      <w:r>
        <w:rPr>
          <w:rFonts w:ascii="Aptos" w:hAnsi="Aptos"/>
          <w:b/>
          <w:i w:val="0"/>
          <w:color w:val="82B535"/>
          <w:sz w:val="24"/>
        </w:rPr>
        <w:t>7. Gewenste pagina’s</w:t>
      </w:r>
    </w:p>
    <w:p>
      <w:pPr>
        <w:spacing w:before="0" w:after="120" w:line="252" w:lineRule="auto"/>
        <w:keepNext/>
      </w:pPr>
      <w:r>
        <w:rPr>
          <w:rFonts w:ascii="Aptos" w:hAnsi="Aptos"/>
          <w:b w:val="0"/>
          <w:i w:val="0"/>
          <w:color w:val="6B6B6B"/>
          <w:sz w:val="17"/>
        </w:rPr>
        <w:t>Voor Website Basis zijn maximaal 5 pagina’s inbegrepen. Kies hieronder de pagina’s die voor jouw website het belangrijkst zijn.</w:t>
      </w:r>
    </w:p>
    <w:p>
      <w:pPr>
        <w:spacing w:before="100" w:after="60" w:line="240" w:lineRule="auto"/>
        <w:keepNext/>
      </w:pPr>
      <w:r>
        <w:rPr>
          <w:rFonts w:ascii="Aptos" w:hAnsi="Aptos"/>
          <w:b/>
          <w:i w:val="0"/>
          <w:color w:val="1B1B1B"/>
          <w:sz w:val="18"/>
        </w:rPr>
        <w:t>Welke pagina’s wil je?</w:t>
      </w:r>
    </w:p>
    <w:tbl>
      <w:tblPr>
        <w:tblW w:type="auto" w:w="0"/>
        <w:jc w:val="center"/>
        <w:tblLayout w:type="fixed"/>
        <w:tblLook w:firstColumn="1" w:firstRow="1" w:lastColumn="0" w:lastRow="0" w:noHBand="0" w:noVBand="1" w:val="04A0"/>
      </w:tblPr>
      <w:tblGrid>
        <w:gridCol w:w="5242"/>
        <w:gridCol w:w="5242"/>
      </w:tblGrid>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Home</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Diensten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Over ons</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Projecten of portfolio</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Contact</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Reviews</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Veelgestelde vragen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Team</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Tarieven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Vacatures</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Nieuws of blog</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Werkwijze</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c>
          <w:tcPr>
            <w:tcW w:type="dxa" w:w="5285"/>
            <w:tcBorders>
              <w:top w:val="single" w:sz="3" w:color="E6E6E6"/>
              <w:left w:val="single" w:sz="3" w:color="E6E6E6"/>
              <w:bottom w:val="single" w:sz="3" w:color="E6E6E6"/>
              <w:right w:val="single" w:sz="3" w:color="E6E6E6"/>
            </w:tcBorders>
          </w:tcPr>
          <w:p/>
        </w:tc>
      </w:tr>
    </w:tbl>
    <w:p>
      <w:pPr>
        <w:spacing w:before="120" w:after="60" w:line="240" w:lineRule="auto"/>
      </w:pPr>
      <w:r>
        <w:rPr>
          <w:rFonts w:ascii="Aptos" w:hAnsi="Aptos"/>
          <w:b/>
          <w:i w:val="0"/>
          <w:color w:val="1B1B1B"/>
          <w:sz w:val="18"/>
        </w:rPr>
        <w:t>Geef per gekozen pagina kort aan wat erop moet komen.</w:t>
      </w:r>
    </w:p>
    <w:tbl>
      <w:tblPr>
        <w:tblW w:type="auto" w:w="0"/>
        <w:jc w:val="center"/>
        <w:tblLayout w:type="fixed"/>
        <w:tblLook w:firstColumn="1" w:firstRow="1" w:lastColumn="0" w:lastRow="0" w:noHBand="0" w:noVBand="1" w:val="04A0"/>
      </w:tblPr>
      <w:tblGrid>
        <w:gridCol w:w="3523"/>
        <w:gridCol w:w="3523"/>
        <w:gridCol w:w="3523"/>
      </w:tblGrid>
      <w:tr>
        <w:trPr>
          <w:cantSplit/>
          <w:tblHeader w:val="true"/>
        </w:trPr>
        <w:tc>
          <w:tcPr>
            <w:tcW w:type="dxa" w:w="1800"/>
            <w:shd w:fill="1B1B1B"/>
            <w:tcMar>
              <w:top w:w="75" w:type="dxa"/>
              <w:start w:w="80" w:type="dxa"/>
              <w:bottom w:w="75" w:type="dxa"/>
              <w:end w:w="80" w:type="dxa"/>
            </w:tcMar>
          </w:tcPr>
          <w:p>
            <w:pPr>
              <w:spacing w:before="0" w:after="0" w:line="240" w:lineRule="auto"/>
            </w:pPr>
            <w:r>
              <w:rPr>
                <w:rFonts w:ascii="Aptos" w:hAnsi="Aptos"/>
                <w:b/>
                <w:i w:val="0"/>
                <w:color w:val="FFFFFF"/>
                <w:sz w:val="17"/>
              </w:rPr>
              <w:t>Pagina</w:t>
            </w:r>
          </w:p>
        </w:tc>
        <w:tc>
          <w:tcPr>
            <w:tcW w:type="dxa" w:w="2880"/>
            <w:shd w:fill="1B1B1B"/>
            <w:tcMar>
              <w:top w:w="75" w:type="dxa"/>
              <w:start w:w="80" w:type="dxa"/>
              <w:bottom w:w="75" w:type="dxa"/>
              <w:end w:w="80" w:type="dxa"/>
            </w:tcMar>
          </w:tcPr>
          <w:p>
            <w:pPr>
              <w:spacing w:before="0" w:after="0" w:line="240" w:lineRule="auto"/>
            </w:pPr>
            <w:r>
              <w:rPr>
                <w:rFonts w:ascii="Aptos" w:hAnsi="Aptos"/>
                <w:b/>
                <w:i w:val="0"/>
                <w:color w:val="FFFFFF"/>
                <w:sz w:val="17"/>
              </w:rPr>
              <w:t>Doel</w:t>
            </w:r>
          </w:p>
        </w:tc>
        <w:tc>
          <w:tcPr>
            <w:tcW w:type="dxa" w:w="5760"/>
            <w:shd w:fill="1B1B1B"/>
            <w:tcMar>
              <w:top w:w="75" w:type="dxa"/>
              <w:start w:w="80" w:type="dxa"/>
              <w:bottom w:w="75" w:type="dxa"/>
              <w:end w:w="80" w:type="dxa"/>
            </w:tcMar>
          </w:tcPr>
          <w:p>
            <w:pPr>
              <w:spacing w:before="0" w:after="0" w:line="240" w:lineRule="auto"/>
            </w:pPr>
            <w:r>
              <w:rPr>
                <w:rFonts w:ascii="Aptos" w:hAnsi="Aptos"/>
                <w:b/>
                <w:i w:val="0"/>
                <w:color w:val="FFFFFF"/>
                <w:sz w:val="17"/>
              </w:rPr>
              <w:t>Belangrijkste inhoud</w:t>
            </w:r>
          </w:p>
        </w:tc>
      </w:tr>
      <w:tr>
        <w:trPr>
          <w:cantSplit/>
        </w:trPr>
        <w:tc>
          <w:tcPr>
            <w:tcW w:type="dxa" w:w="180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val="0"/>
                <w:color w:val="6B6B6B"/>
                <w:sz w:val="16"/>
              </w:rPr>
              <w:t>Pagina 1</w:t>
            </w:r>
          </w:p>
        </w:tc>
        <w:tc>
          <w:tcPr>
            <w:tcW w:type="dxa" w:w="288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color w:val="6B6B6B"/>
                <w:sz w:val="16"/>
              </w:rPr>
              <w:t>Vul doel in</w:t>
            </w:r>
          </w:p>
        </w:tc>
        <w:tc>
          <w:tcPr>
            <w:tcW w:type="dxa" w:w="576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color w:val="6B6B6B"/>
                <w:sz w:val="16"/>
              </w:rPr>
              <w:t>Welke onderwerpen, diensten, teksten of onderdelen moeten hier zeker op staan?</w:t>
            </w:r>
          </w:p>
          <w:p>
            <w:r>
              <w:t xml:space="preserve"> </w:t>
            </w:r>
          </w:p>
        </w:tc>
      </w:tr>
      <w:tr>
        <w:trPr>
          <w:cantSplit/>
        </w:trPr>
        <w:tc>
          <w:tcPr>
            <w:tcW w:type="dxa" w:w="180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val="0"/>
                <w:color w:val="6B6B6B"/>
                <w:sz w:val="16"/>
              </w:rPr>
              <w:t>Pagina 2</w:t>
            </w:r>
          </w:p>
        </w:tc>
        <w:tc>
          <w:tcPr>
            <w:tcW w:type="dxa" w:w="288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color w:val="6B6B6B"/>
                <w:sz w:val="16"/>
              </w:rPr>
              <w:t>Vul doel in</w:t>
            </w:r>
          </w:p>
        </w:tc>
        <w:tc>
          <w:tcPr>
            <w:tcW w:type="dxa" w:w="576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color w:val="6B6B6B"/>
                <w:sz w:val="16"/>
              </w:rPr>
              <w:t>Welke onderwerpen, diensten, teksten of onderdelen moeten hier zeker op staan?</w:t>
            </w:r>
          </w:p>
          <w:p>
            <w:r>
              <w:t xml:space="preserve"> </w:t>
            </w:r>
          </w:p>
        </w:tc>
      </w:tr>
      <w:tr>
        <w:trPr>
          <w:cantSplit/>
        </w:trPr>
        <w:tc>
          <w:tcPr>
            <w:tcW w:type="dxa" w:w="180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val="0"/>
                <w:color w:val="6B6B6B"/>
                <w:sz w:val="16"/>
              </w:rPr>
              <w:t>Pagina 3</w:t>
            </w:r>
          </w:p>
        </w:tc>
        <w:tc>
          <w:tcPr>
            <w:tcW w:type="dxa" w:w="288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color w:val="6B6B6B"/>
                <w:sz w:val="16"/>
              </w:rPr>
              <w:t>Vul doel in</w:t>
            </w:r>
          </w:p>
        </w:tc>
        <w:tc>
          <w:tcPr>
            <w:tcW w:type="dxa" w:w="576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color w:val="6B6B6B"/>
                <w:sz w:val="16"/>
              </w:rPr>
              <w:t>Welke onderwerpen, diensten, teksten of onderdelen moeten hier zeker op staan?</w:t>
            </w:r>
          </w:p>
          <w:p>
            <w:r>
              <w:t xml:space="preserve"> </w:t>
            </w:r>
          </w:p>
        </w:tc>
      </w:tr>
      <w:tr>
        <w:trPr>
          <w:cantSplit/>
        </w:trPr>
        <w:tc>
          <w:tcPr>
            <w:tcW w:type="dxa" w:w="180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val="0"/>
                <w:color w:val="6B6B6B"/>
                <w:sz w:val="16"/>
              </w:rPr>
              <w:t>Pagina 4</w:t>
            </w:r>
          </w:p>
        </w:tc>
        <w:tc>
          <w:tcPr>
            <w:tcW w:type="dxa" w:w="288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color w:val="6B6B6B"/>
                <w:sz w:val="16"/>
              </w:rPr>
              <w:t>Vul doel in</w:t>
            </w:r>
          </w:p>
        </w:tc>
        <w:tc>
          <w:tcPr>
            <w:tcW w:type="dxa" w:w="576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color w:val="6B6B6B"/>
                <w:sz w:val="16"/>
              </w:rPr>
              <w:t>Welke onderwerpen, diensten, teksten of onderdelen moeten hier zeker op staan?</w:t>
            </w:r>
          </w:p>
          <w:p>
            <w:r>
              <w:t xml:space="preserve"> </w:t>
            </w:r>
          </w:p>
        </w:tc>
      </w:tr>
      <w:tr>
        <w:trPr>
          <w:cantSplit/>
        </w:trPr>
        <w:tc>
          <w:tcPr>
            <w:tcW w:type="dxa" w:w="180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val="0"/>
                <w:color w:val="6B6B6B"/>
                <w:sz w:val="16"/>
              </w:rPr>
              <w:t>Pagina 5</w:t>
            </w:r>
          </w:p>
        </w:tc>
        <w:tc>
          <w:tcPr>
            <w:tcW w:type="dxa" w:w="288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color w:val="6B6B6B"/>
                <w:sz w:val="16"/>
              </w:rPr>
              <w:t>Vul doel in</w:t>
            </w:r>
          </w:p>
        </w:tc>
        <w:tc>
          <w:tcPr>
            <w:tcW w:type="dxa" w:w="5760"/>
            <w:tcMar>
              <w:top w:w="80" w:type="dxa"/>
              <w:start w:w="80" w:type="dxa"/>
              <w:bottom w:w="80" w:type="dxa"/>
              <w:end w:w="80" w:type="dxa"/>
            </w:tcMar>
            <w:tcBorders>
              <w:top w:val="single" w:sz="4" w:color="D9D9D9"/>
              <w:left w:val="single" w:sz="4" w:color="D9D9D9"/>
              <w:bottom w:val="single" w:sz="4" w:color="D9D9D9"/>
              <w:right w:val="single" w:sz="4" w:color="D9D9D9"/>
            </w:tcBorders>
          </w:tcPr>
          <w:p>
            <w:pPr>
              <w:spacing w:before="0" w:after="0" w:line="240" w:lineRule="auto"/>
            </w:pPr>
            <w:r>
              <w:rPr>
                <w:rFonts w:ascii="Aptos" w:hAnsi="Aptos"/>
                <w:b w:val="0"/>
                <w:i/>
                <w:color w:val="6B6B6B"/>
                <w:sz w:val="16"/>
              </w:rPr>
              <w:t>Welke onderwerpen, diensten, teksten of onderdelen moeten hier zeker op staan?</w:t>
            </w:r>
          </w:p>
          <w:p>
            <w:r>
              <w:t xml:space="preserve"> </w:t>
            </w:r>
          </w:p>
        </w:tc>
      </w:tr>
    </w:tbl>
    <w:p>
      <w:pPr>
        <w:pageBreakBefore/>
        <w:spacing w:before="0" w:after="0"/>
      </w:pPr>
      <w:r>
        <w:rPr>
          <w:sz w:val="2"/>
        </w:rPr>
      </w:r>
    </w:p>
    <w:tbl>
      <w:tblPr>
        <w:tblW w:type="auto" w:w="0"/>
        <w:jc w:val="center"/>
        <w:tblLayout w:type="fixed"/>
        <w:tblLook w:firstColumn="1" w:firstRow="1" w:lastColumn="0" w:lastRow="0" w:noHBand="0" w:noVBand="1" w:val="04A0"/>
      </w:tblPr>
      <w:tblGrid>
        <w:gridCol w:w="4608"/>
        <w:gridCol w:w="5976"/>
      </w:tblGrid>
      <w:tr>
        <w:trPr>
          <w:cantSplit/>
        </w:trPr>
        <w:tc>
          <w:tcPr>
            <w:tcW w:type="dxa" w:w="5285"/>
            <w:tcBorders>
              <w:bottom w:val="nil"/>
            </w:tcBorders>
            <w:tcMar>
              <w:top w:w="0" w:type="dxa"/>
              <w:start w:w="0" w:type="dxa"/>
              <w:bottom w:w="0" w:type="dxa"/>
              <w:end w:w="0" w:type="dxa"/>
            </w:tcMar>
          </w:tcPr>
          <w:p>
            <w:pPr>
              <w:spacing w:before="0" w:after="0" w:line="240" w:lineRule="auto"/>
            </w:pPr>
            <w:r>
              <w:drawing>
                <wp:inline xmlns:a="http://schemas.openxmlformats.org/drawingml/2006/main" xmlns:pic="http://schemas.openxmlformats.org/drawingml/2006/picture">
                  <wp:extent cx="749808" cy="749808"/>
                  <wp:docPr id="5" name="Picture 5"/>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749808" cy="749808"/>
                          </a:xfrm>
                          <a:prstGeom prst="rect"/>
                        </pic:spPr>
                      </pic:pic>
                    </a:graphicData>
                  </a:graphic>
                </wp:inline>
              </w:drawing>
            </w:r>
          </w:p>
        </w:tc>
        <w:tc>
          <w:tcPr>
            <w:tcW w:type="dxa" w:w="5285"/>
            <w:tcBorders>
              <w:bottom w:val="nil"/>
            </w:tcBorders>
            <w:tcMar>
              <w:top w:w="0" w:type="dxa"/>
              <w:start w:w="0" w:type="dxa"/>
              <w:bottom w:w="0" w:type="dxa"/>
              <w:end w:w="0" w:type="dxa"/>
            </w:tcMar>
          </w:tcPr>
          <w:p>
            <w:pPr>
              <w:spacing w:before="20" w:after="0" w:line="240" w:lineRule="auto"/>
              <w:jc w:val="right"/>
            </w:pPr>
            <w:r>
              <w:rPr>
                <w:rFonts w:ascii="Aptos" w:hAnsi="Aptos"/>
                <w:b/>
                <w:i w:val="0"/>
                <w:color w:val="1B1B1B"/>
                <w:sz w:val="36"/>
              </w:rPr>
              <w:t>VRAGENLIJST WEBSITE</w:t>
            </w:r>
          </w:p>
          <w:p>
            <w:pPr>
              <w:spacing w:before="40" w:after="0" w:line="240" w:lineRule="auto"/>
              <w:jc w:val="right"/>
            </w:pPr>
            <w:r>
              <w:rPr>
                <w:rFonts w:ascii="Aptos" w:hAnsi="Aptos"/>
                <w:b/>
                <w:i w:val="0"/>
                <w:color w:val="82B535"/>
                <w:sz w:val="19"/>
              </w:rPr>
              <w:t>STH Media</w:t>
            </w:r>
          </w:p>
        </w:tc>
      </w:tr>
    </w:tbl>
    <w:tbl>
      <w:tblPr>
        <w:tblW w:type="auto" w:w="0"/>
        <w:tblLayout w:type="fixed"/>
        <w:tblLook w:firstColumn="1" w:firstRow="1" w:lastColumn="0" w:lastRow="0" w:noHBand="0" w:noVBand="1" w:val="04A0"/>
      </w:tblPr>
      <w:tblGrid>
        <w:gridCol w:w="10598"/>
      </w:tblGrid>
      <w:tr>
        <w:tc>
          <w:tcPr>
            <w:tcW w:type="dxa" w:w="10570"/>
            <w:shd w:fill="82B535"/>
            <w:tcMar>
              <w:top w:w="0" w:type="dxa"/>
              <w:start w:w="0" w:type="dxa"/>
              <w:bottom w:w="0" w:type="dxa"/>
              <w:end w:w="0" w:type="dxa"/>
            </w:tcMar>
          </w:tcPr>
          <w:p>
            <w:pPr>
              <w:spacing w:after="0" w:before="0"/>
            </w:pPr>
          </w:p>
        </w:tc>
      </w:tr>
    </w:tbl>
    <w:p>
      <w:pPr>
        <w:spacing w:after="0"/>
      </w:pPr>
    </w:p>
    <w:p>
      <w:pPr>
        <w:spacing w:before="0" w:after="100" w:line="240" w:lineRule="auto"/>
      </w:pPr>
      <w:r>
        <w:rPr>
          <w:rFonts w:ascii="Aptos" w:hAnsi="Aptos"/>
          <w:b/>
          <w:i w:val="0"/>
          <w:color w:val="82B535"/>
          <w:sz w:val="21"/>
        </w:rPr>
        <w:t>Functies en inhoud</w:t>
      </w:r>
    </w:p>
    <w:p>
      <w:pPr>
        <w:spacing w:before="160" w:after="80" w:line="240" w:lineRule="auto"/>
        <w:keepNext/>
      </w:pPr>
      <w:r>
        <w:rPr>
          <w:rFonts w:ascii="Aptos" w:hAnsi="Aptos"/>
          <w:b/>
          <w:i w:val="0"/>
          <w:color w:val="82B535"/>
          <w:sz w:val="24"/>
        </w:rPr>
        <w:t>8. Functies op de website</w:t>
      </w:r>
    </w:p>
    <w:p>
      <w:pPr>
        <w:spacing w:before="100" w:after="60" w:line="240" w:lineRule="auto"/>
        <w:keepNext/>
      </w:pPr>
      <w:r>
        <w:rPr>
          <w:rFonts w:ascii="Aptos" w:hAnsi="Aptos"/>
          <w:b/>
          <w:i w:val="0"/>
          <w:color w:val="1B1B1B"/>
          <w:sz w:val="18"/>
        </w:rPr>
        <w:t>Welke functies wil je graag op de website?</w:t>
      </w:r>
    </w:p>
    <w:tbl>
      <w:tblPr>
        <w:tblW w:type="auto" w:w="0"/>
        <w:jc w:val="center"/>
        <w:tblLayout w:type="fixed"/>
        <w:tblLook w:firstColumn="1" w:firstRow="1" w:lastColumn="0" w:lastRow="0" w:noHBand="0" w:noVBand="1" w:val="04A0"/>
      </w:tblPr>
      <w:tblGrid>
        <w:gridCol w:w="5242"/>
        <w:gridCol w:w="5242"/>
      </w:tblGrid>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Contactformulier</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Offerteformulier</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Klikbaar telefoonnummer</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WhatsApp knop</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Google Maps kaart</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Social media links</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Review blok</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Foto galerij</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Project overzicht</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Downloadbare documenten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Nieuws of blog</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Vacature overzicht</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Afspraak aanvragen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Nieuwsbrief inschrijving</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Meerdere talen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Zoekfunctie</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c>
          <w:tcPr>
            <w:tcW w:type="dxa" w:w="5285"/>
            <w:tcBorders>
              <w:top w:val="single" w:sz="3" w:color="E6E6E6"/>
              <w:left w:val="single" w:sz="3" w:color="E6E6E6"/>
              <w:bottom w:val="single" w:sz="3" w:color="E6E6E6"/>
              <w:right w:val="single" w:sz="3" w:color="E6E6E6"/>
            </w:tcBorders>
          </w:tcPr>
          <w:p/>
        </w:tc>
      </w:tr>
    </w:tbl>
    <w:tbl>
      <w:tblPr>
        <w:tblW w:type="auto" w:w="0"/>
        <w:jc w:val="center"/>
        <w:tblLook w:firstColumn="1" w:firstRow="1" w:lastColumn="0" w:lastRow="0" w:noHBand="0" w:noVBand="1" w:val="04A0"/>
      </w:tblPr>
      <w:tblGrid>
        <w:gridCol w:w="10570"/>
      </w:tblGrid>
      <w:tr>
        <w:trPr>
          <w:cantSplit/>
        </w:trPr>
        <w:tc>
          <w:tcPr>
            <w:tcW w:type="dxa" w:w="10570"/>
            <w:shd w:fill="F2F2F2"/>
            <w:tcBorders>
              <w:top w:val="single" w:sz="8" w:color="82B535"/>
              <w:left w:val="single" w:sz="4" w:color="D9D9D9"/>
              <w:bottom w:val="single" w:sz="4" w:color="D9D9D9"/>
              <w:right w:val="single" w:sz="4" w:color="D9D9D9"/>
            </w:tcBorders>
            <w:tcMar>
              <w:top w:w="110" w:type="dxa"/>
              <w:start w:w="130" w:type="dxa"/>
              <w:bottom w:w="110" w:type="dxa"/>
              <w:end w:w="130" w:type="dxa"/>
            </w:tcMar>
          </w:tcPr>
          <w:p>
            <w:pPr>
              <w:spacing w:before="0" w:after="40" w:line="240" w:lineRule="auto"/>
            </w:pPr>
            <w:r>
              <w:rPr>
                <w:rFonts w:ascii="Aptos" w:hAnsi="Aptos"/>
                <w:b/>
                <w:i w:val="0"/>
                <w:color w:val="82B535"/>
                <w:sz w:val="19"/>
              </w:rPr>
              <w:t>Goed om te weten</w:t>
            </w:r>
          </w:p>
          <w:p>
            <w:pPr>
              <w:spacing w:before="0" w:after="0" w:line="259" w:lineRule="auto"/>
            </w:pPr>
            <w:r>
              <w:rPr>
                <w:rFonts w:ascii="Aptos" w:hAnsi="Aptos"/>
                <w:b w:val="0"/>
                <w:i w:val="0"/>
                <w:color w:val="1B1B1B"/>
                <w:sz w:val="17"/>
              </w:rPr>
              <w:t>Sommige functies kunnen buiten de standaard website vallen en extra ontwikkeltijd vragen. Als dat het geval is, bespreken we dit vooraf voordat er extra kosten ontstaan.</w:t>
            </w:r>
          </w:p>
        </w:tc>
      </w:tr>
    </w:tbl>
    <w:p>
      <w:pPr>
        <w:spacing w:after="0"/>
      </w:pPr>
    </w:p>
    <w:p>
      <w:pPr>
        <w:spacing w:before="160" w:after="80" w:line="240" w:lineRule="auto"/>
        <w:keepNext/>
      </w:pPr>
      <w:r>
        <w:rPr>
          <w:rFonts w:ascii="Aptos" w:hAnsi="Aptos"/>
          <w:b/>
          <w:i w:val="0"/>
          <w:color w:val="82B535"/>
          <w:sz w:val="24"/>
        </w:rPr>
        <w:t>9. Teksten, foto’s en overige inhoud</w:t>
      </w:r>
    </w:p>
    <w:p>
      <w:pPr>
        <w:spacing w:before="100" w:after="60" w:line="240" w:lineRule="auto"/>
        <w:keepNext/>
      </w:pPr>
      <w:r>
        <w:rPr>
          <w:rFonts w:ascii="Aptos" w:hAnsi="Aptos"/>
          <w:b/>
          <w:i w:val="0"/>
          <w:color w:val="1B1B1B"/>
          <w:sz w:val="18"/>
        </w:rPr>
        <w:t>Hoe wil je omgaan met de teksten?</w:t>
      </w:r>
    </w:p>
    <w:tbl>
      <w:tblPr>
        <w:tblW w:type="auto" w:w="0"/>
        <w:jc w:val="center"/>
        <w:tblLayout w:type="fixed"/>
        <w:tblLook w:firstColumn="1" w:firstRow="1" w:lastColumn="0" w:lastRow="0" w:noHBand="0" w:noVBand="1" w:val="04A0"/>
      </w:tblPr>
      <w:tblGrid>
        <w:gridCol w:w="10483"/>
      </w:tblGrid>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Ik lever alle teksten zelf aan</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Gebruik mijn bestaande website als basis</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Ik lever steekwoorden aan en wil hulp met uitwerken</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Ik wil dat STH Media teksten opstelt</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r>
    </w:tbl>
    <w:p>
      <w:pPr>
        <w:spacing w:before="100" w:after="60" w:line="240" w:lineRule="auto"/>
        <w:keepNext/>
      </w:pPr>
      <w:r>
        <w:rPr>
          <w:rFonts w:ascii="Aptos" w:hAnsi="Aptos"/>
          <w:b/>
          <w:i w:val="0"/>
          <w:color w:val="1B1B1B"/>
          <w:sz w:val="18"/>
        </w:rPr>
        <w:t>Hoe wil je omgaan met afbeeldingen?</w:t>
      </w:r>
    </w:p>
    <w:tbl>
      <w:tblPr>
        <w:tblW w:type="auto" w:w="0"/>
        <w:jc w:val="center"/>
        <w:tblLayout w:type="fixed"/>
        <w:tblLook w:firstColumn="1" w:firstRow="1" w:lastColumn="0" w:lastRow="0" w:noHBand="0" w:noVBand="1" w:val="04A0"/>
      </w:tblPr>
      <w:tblGrid>
        <w:gridCol w:w="10483"/>
      </w:tblGrid>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Ik lever eigen foto’s aan</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Gebruik bestaande bedrijfsfoto’s</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Gebruik waar nodig stockbeelden</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Ik wil advies over nieuwe fotografie</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r>
    </w:tbl>
    <w:p>
      <w:pPr>
        <w:pageBreakBefore/>
        <w:spacing w:before="0" w:after="0"/>
      </w:pPr>
      <w:r>
        <w:rPr>
          <w:sz w:val="2"/>
        </w:rPr>
      </w:r>
    </w:p>
    <w:tbl>
      <w:tblPr>
        <w:tblW w:type="auto" w:w="0"/>
        <w:jc w:val="center"/>
        <w:tblLayout w:type="fixed"/>
        <w:tblLook w:firstColumn="1" w:firstRow="1" w:lastColumn="0" w:lastRow="0" w:noHBand="0" w:noVBand="1" w:val="04A0"/>
      </w:tblPr>
      <w:tblGrid>
        <w:gridCol w:w="4608"/>
        <w:gridCol w:w="5976"/>
      </w:tblGrid>
      <w:tr>
        <w:trPr>
          <w:cantSplit/>
        </w:trPr>
        <w:tc>
          <w:tcPr>
            <w:tcW w:type="dxa" w:w="5285"/>
            <w:tcBorders>
              <w:bottom w:val="nil"/>
            </w:tcBorders>
            <w:tcMar>
              <w:top w:w="0" w:type="dxa"/>
              <w:start w:w="0" w:type="dxa"/>
              <w:bottom w:w="0" w:type="dxa"/>
              <w:end w:w="0" w:type="dxa"/>
            </w:tcMar>
          </w:tcPr>
          <w:p>
            <w:pPr>
              <w:spacing w:before="0" w:after="0" w:line="240" w:lineRule="auto"/>
            </w:pPr>
            <w:r>
              <w:drawing>
                <wp:inline xmlns:a="http://schemas.openxmlformats.org/drawingml/2006/main" xmlns:pic="http://schemas.openxmlformats.org/drawingml/2006/picture">
                  <wp:extent cx="749808" cy="749808"/>
                  <wp:docPr id="6" name="Picture 6"/>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749808" cy="749808"/>
                          </a:xfrm>
                          <a:prstGeom prst="rect"/>
                        </pic:spPr>
                      </pic:pic>
                    </a:graphicData>
                  </a:graphic>
                </wp:inline>
              </w:drawing>
            </w:r>
          </w:p>
        </w:tc>
        <w:tc>
          <w:tcPr>
            <w:tcW w:type="dxa" w:w="5285"/>
            <w:tcBorders>
              <w:bottom w:val="nil"/>
            </w:tcBorders>
            <w:tcMar>
              <w:top w:w="0" w:type="dxa"/>
              <w:start w:w="0" w:type="dxa"/>
              <w:bottom w:w="0" w:type="dxa"/>
              <w:end w:w="0" w:type="dxa"/>
            </w:tcMar>
          </w:tcPr>
          <w:p>
            <w:pPr>
              <w:spacing w:before="20" w:after="0" w:line="240" w:lineRule="auto"/>
              <w:jc w:val="right"/>
            </w:pPr>
            <w:r>
              <w:rPr>
                <w:rFonts w:ascii="Aptos" w:hAnsi="Aptos"/>
                <w:b/>
                <w:i w:val="0"/>
                <w:color w:val="1B1B1B"/>
                <w:sz w:val="36"/>
              </w:rPr>
              <w:t>VRAGENLIJST WEBSITE</w:t>
            </w:r>
          </w:p>
          <w:p>
            <w:pPr>
              <w:spacing w:before="40" w:after="0" w:line="240" w:lineRule="auto"/>
              <w:jc w:val="right"/>
            </w:pPr>
            <w:r>
              <w:rPr>
                <w:rFonts w:ascii="Aptos" w:hAnsi="Aptos"/>
                <w:b/>
                <w:i w:val="0"/>
                <w:color w:val="82B535"/>
                <w:sz w:val="19"/>
              </w:rPr>
              <w:t>STH Media</w:t>
            </w:r>
          </w:p>
        </w:tc>
      </w:tr>
    </w:tbl>
    <w:tbl>
      <w:tblPr>
        <w:tblW w:type="auto" w:w="0"/>
        <w:tblLayout w:type="fixed"/>
        <w:tblLook w:firstColumn="1" w:firstRow="1" w:lastColumn="0" w:lastRow="0" w:noHBand="0" w:noVBand="1" w:val="04A0"/>
      </w:tblPr>
      <w:tblGrid>
        <w:gridCol w:w="10598"/>
      </w:tblGrid>
      <w:tr>
        <w:tc>
          <w:tcPr>
            <w:tcW w:type="dxa" w:w="10570"/>
            <w:shd w:fill="82B535"/>
            <w:tcMar>
              <w:top w:w="0" w:type="dxa"/>
              <w:start w:w="0" w:type="dxa"/>
              <w:bottom w:w="0" w:type="dxa"/>
              <w:end w:w="0" w:type="dxa"/>
            </w:tcMar>
          </w:tcPr>
          <w:p>
            <w:pPr>
              <w:spacing w:after="0" w:before="0"/>
            </w:pPr>
          </w:p>
        </w:tc>
      </w:tr>
    </w:tbl>
    <w:p>
      <w:pPr>
        <w:spacing w:after="0"/>
      </w:pPr>
    </w:p>
    <w:p>
      <w:pPr>
        <w:spacing w:before="0" w:after="100" w:line="240" w:lineRule="auto"/>
      </w:pPr>
      <w:r>
        <w:rPr>
          <w:rFonts w:ascii="Aptos" w:hAnsi="Aptos"/>
          <w:b/>
          <w:i w:val="0"/>
          <w:color w:val="82B535"/>
          <w:sz w:val="21"/>
        </w:rPr>
        <w:t>Beeld en contact</w:t>
      </w:r>
    </w:p>
    <w:p>
      <w:pPr>
        <w:spacing w:before="100" w:after="40" w:line="240" w:lineRule="auto"/>
        <w:keepNext/>
      </w:pPr>
      <w:r>
        <w:rPr>
          <w:rFonts w:ascii="Aptos" w:hAnsi="Aptos"/>
          <w:b/>
          <w:i w:val="0"/>
          <w:color w:val="1B1B1B"/>
          <w:sz w:val="18"/>
        </w:rPr>
        <w:t>Welke foto’s of beelden moeten absoluut op de website terugkomen?</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Noem bijvoorbeeld team, pand, projecten, producten of specifieke situaties</w:t>
            </w:r>
          </w:p>
          <w:p>
            <w:pPr>
              <w:spacing w:before="0" w:after="0" w:line="240" w:lineRule="auto"/>
            </w:pPr>
            <w:r>
              <w:rPr>
                <w:rFonts w:ascii="Aptos" w:hAnsi="Aptos"/>
                <w:b w:val="0"/>
                <w:i w:val="0"/>
                <w:color w:val="1B1B1B"/>
                <w:sz w:val="17"/>
              </w:rPr>
              <w:t xml:space="preserve"> </w:t>
            </w:r>
          </w:p>
        </w:tc>
      </w:tr>
    </w:tbl>
    <w:p>
      <w:pPr>
        <w:spacing w:before="100" w:after="40" w:line="240" w:lineRule="auto"/>
        <w:keepNext/>
      </w:pPr>
      <w:r>
        <w:rPr>
          <w:rFonts w:ascii="Aptos" w:hAnsi="Aptos"/>
          <w:b/>
          <w:i w:val="0"/>
          <w:color w:val="1B1B1B"/>
          <w:sz w:val="18"/>
        </w:rPr>
        <w:t>Zijn er reviews, keurmerken, certificaten of samenwerkingen die zichtbaar moeten zijn?</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Vul namen in en lever bestanden indien beschikbaar mee</w:t>
            </w:r>
          </w:p>
          <w:p>
            <w:pPr>
              <w:spacing w:before="0" w:after="0" w:line="240" w:lineRule="auto"/>
            </w:pPr>
            <w:r>
              <w:rPr>
                <w:rFonts w:ascii="Aptos" w:hAnsi="Aptos"/>
                <w:b w:val="0"/>
                <w:i w:val="0"/>
                <w:color w:val="1B1B1B"/>
                <w:sz w:val="17"/>
              </w:rPr>
              <w:t xml:space="preserve"> </w:t>
            </w:r>
          </w:p>
        </w:tc>
      </w:tr>
    </w:tbl>
    <w:p>
      <w:pPr>
        <w:spacing w:before="160" w:after="80" w:line="240" w:lineRule="auto"/>
        <w:keepNext/>
      </w:pPr>
      <w:r>
        <w:rPr>
          <w:rFonts w:ascii="Aptos" w:hAnsi="Aptos"/>
          <w:b/>
          <w:i w:val="0"/>
          <w:color w:val="82B535"/>
          <w:sz w:val="24"/>
        </w:rPr>
        <w:t>10. Contact en formulieren</w:t>
      </w:r>
    </w:p>
    <w:p>
      <w:pPr>
        <w:spacing w:before="100" w:after="60" w:line="240" w:lineRule="auto"/>
        <w:keepNext/>
      </w:pPr>
      <w:r>
        <w:rPr>
          <w:rFonts w:ascii="Aptos" w:hAnsi="Aptos"/>
          <w:b/>
          <w:i w:val="0"/>
          <w:color w:val="1B1B1B"/>
          <w:sz w:val="18"/>
        </w:rPr>
        <w:t>Welke contactmogelijkheden moeten zichtbaar zijn?</w:t>
      </w:r>
    </w:p>
    <w:tbl>
      <w:tblPr>
        <w:tblW w:type="auto" w:w="0"/>
        <w:jc w:val="center"/>
        <w:tblLayout w:type="fixed"/>
        <w:tblLook w:firstColumn="1" w:firstRow="1" w:lastColumn="0" w:lastRow="0" w:noHBand="0" w:noVBand="1" w:val="04A0"/>
      </w:tblPr>
      <w:tblGrid>
        <w:gridCol w:w="5242"/>
        <w:gridCol w:w="5242"/>
      </w:tblGrid>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Telefoon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E mail</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WhatsApp</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Contactformulier</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Bezoekadres</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Openingstijden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Social media</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r>
    </w:tbl>
    <w:p>
      <w:pPr>
        <w:spacing w:before="100" w:after="40" w:line="240" w:lineRule="auto"/>
        <w:keepNext/>
      </w:pPr>
      <w:r>
        <w:rPr>
          <w:rFonts w:ascii="Aptos" w:hAnsi="Aptos"/>
          <w:b/>
          <w:i w:val="0"/>
          <w:color w:val="1B1B1B"/>
          <w:sz w:val="18"/>
        </w:rPr>
        <w:t>Welke gegevens wil je in een contact of offerteformulier uitvragen?</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Bijvoorbeeld naam, bedrijf, telefoon, e mail, plaats, dienst en toelichting</w:t>
            </w:r>
          </w:p>
          <w:p>
            <w:pPr>
              <w:spacing w:before="0" w:after="0" w:line="240" w:lineRule="auto"/>
            </w:pPr>
            <w:r>
              <w:rPr>
                <w:rFonts w:ascii="Aptos" w:hAnsi="Aptos"/>
                <w:b w:val="0"/>
                <w:i w:val="0"/>
                <w:color w:val="1B1B1B"/>
                <w:sz w:val="17"/>
              </w:rPr>
              <w:t xml:space="preserve"> </w:t>
            </w:r>
          </w:p>
        </w:tc>
      </w:tr>
    </w:tbl>
    <w:p>
      <w:pPr>
        <w:pageBreakBefore/>
        <w:spacing w:before="0" w:after="0"/>
      </w:pPr>
      <w:r>
        <w:rPr>
          <w:sz w:val="2"/>
        </w:rPr>
      </w:r>
    </w:p>
    <w:tbl>
      <w:tblPr>
        <w:tblW w:type="auto" w:w="0"/>
        <w:jc w:val="center"/>
        <w:tblLayout w:type="fixed"/>
        <w:tblLook w:firstColumn="1" w:firstRow="1" w:lastColumn="0" w:lastRow="0" w:noHBand="0" w:noVBand="1" w:val="04A0"/>
      </w:tblPr>
      <w:tblGrid>
        <w:gridCol w:w="4608"/>
        <w:gridCol w:w="5976"/>
      </w:tblGrid>
      <w:tr>
        <w:trPr>
          <w:cantSplit/>
        </w:trPr>
        <w:tc>
          <w:tcPr>
            <w:tcW w:type="dxa" w:w="5285"/>
            <w:tcBorders>
              <w:bottom w:val="nil"/>
            </w:tcBorders>
            <w:tcMar>
              <w:top w:w="0" w:type="dxa"/>
              <w:start w:w="0" w:type="dxa"/>
              <w:bottom w:w="0" w:type="dxa"/>
              <w:end w:w="0" w:type="dxa"/>
            </w:tcMar>
          </w:tcPr>
          <w:p>
            <w:pPr>
              <w:spacing w:before="0" w:after="0" w:line="240" w:lineRule="auto"/>
            </w:pPr>
            <w:r>
              <w:drawing>
                <wp:inline xmlns:a="http://schemas.openxmlformats.org/drawingml/2006/main" xmlns:pic="http://schemas.openxmlformats.org/drawingml/2006/picture">
                  <wp:extent cx="749808" cy="749808"/>
                  <wp:docPr id="7" name="Picture 7"/>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749808" cy="749808"/>
                          </a:xfrm>
                          <a:prstGeom prst="rect"/>
                        </pic:spPr>
                      </pic:pic>
                    </a:graphicData>
                  </a:graphic>
                </wp:inline>
              </w:drawing>
            </w:r>
          </w:p>
        </w:tc>
        <w:tc>
          <w:tcPr>
            <w:tcW w:type="dxa" w:w="5285"/>
            <w:tcBorders>
              <w:bottom w:val="nil"/>
            </w:tcBorders>
            <w:tcMar>
              <w:top w:w="0" w:type="dxa"/>
              <w:start w:w="0" w:type="dxa"/>
              <w:bottom w:w="0" w:type="dxa"/>
              <w:end w:w="0" w:type="dxa"/>
            </w:tcMar>
          </w:tcPr>
          <w:p>
            <w:pPr>
              <w:spacing w:before="20" w:after="0" w:line="240" w:lineRule="auto"/>
              <w:jc w:val="right"/>
            </w:pPr>
            <w:r>
              <w:rPr>
                <w:rFonts w:ascii="Aptos" w:hAnsi="Aptos"/>
                <w:b/>
                <w:i w:val="0"/>
                <w:color w:val="1B1B1B"/>
                <w:sz w:val="36"/>
              </w:rPr>
              <w:t>VRAGENLIJST WEBSITE</w:t>
            </w:r>
          </w:p>
          <w:p>
            <w:pPr>
              <w:spacing w:before="40" w:after="0" w:line="240" w:lineRule="auto"/>
              <w:jc w:val="right"/>
            </w:pPr>
            <w:r>
              <w:rPr>
                <w:rFonts w:ascii="Aptos" w:hAnsi="Aptos"/>
                <w:b/>
                <w:i w:val="0"/>
                <w:color w:val="82B535"/>
                <w:sz w:val="19"/>
              </w:rPr>
              <w:t>STH Media</w:t>
            </w:r>
          </w:p>
        </w:tc>
      </w:tr>
    </w:tbl>
    <w:tbl>
      <w:tblPr>
        <w:tblW w:type="auto" w:w="0"/>
        <w:tblLayout w:type="fixed"/>
        <w:tblLook w:firstColumn="1" w:firstRow="1" w:lastColumn="0" w:lastRow="0" w:noHBand="0" w:noVBand="1" w:val="04A0"/>
      </w:tblPr>
      <w:tblGrid>
        <w:gridCol w:w="10598"/>
      </w:tblGrid>
      <w:tr>
        <w:tc>
          <w:tcPr>
            <w:tcW w:type="dxa" w:w="10570"/>
            <w:shd w:fill="82B535"/>
            <w:tcMar>
              <w:top w:w="0" w:type="dxa"/>
              <w:start w:w="0" w:type="dxa"/>
              <w:bottom w:w="0" w:type="dxa"/>
              <w:end w:w="0" w:type="dxa"/>
            </w:tcMar>
          </w:tcPr>
          <w:p>
            <w:pPr>
              <w:spacing w:after="0" w:before="0"/>
            </w:pPr>
          </w:p>
        </w:tc>
      </w:tr>
    </w:tbl>
    <w:p>
      <w:pPr>
        <w:spacing w:after="0"/>
      </w:pPr>
    </w:p>
    <w:p>
      <w:pPr>
        <w:spacing w:before="0" w:after="100" w:line="240" w:lineRule="auto"/>
      </w:pPr>
      <w:r>
        <w:rPr>
          <w:rFonts w:ascii="Aptos" w:hAnsi="Aptos"/>
          <w:b/>
          <w:i w:val="0"/>
          <w:color w:val="82B535"/>
          <w:sz w:val="21"/>
        </w:rPr>
        <w:t>Domein en juridische pagina’s</w:t>
      </w:r>
    </w:p>
    <w:p>
      <w:pPr>
        <w:spacing w:before="160" w:after="80" w:line="240" w:lineRule="auto"/>
        <w:keepNext/>
      </w:pPr>
      <w:r>
        <w:rPr>
          <w:rFonts w:ascii="Aptos" w:hAnsi="Aptos"/>
          <w:b/>
          <w:i w:val="0"/>
          <w:color w:val="82B535"/>
          <w:sz w:val="24"/>
        </w:rPr>
        <w:t>11. Domein en huidige website</w:t>
      </w:r>
    </w:p>
    <w:p>
      <w:pPr>
        <w:spacing w:before="100" w:after="60" w:line="240" w:lineRule="auto"/>
        <w:keepNext/>
      </w:pPr>
      <w:r>
        <w:rPr>
          <w:rFonts w:ascii="Aptos" w:hAnsi="Aptos"/>
          <w:b/>
          <w:i w:val="0"/>
          <w:color w:val="1B1B1B"/>
          <w:sz w:val="18"/>
        </w:rPr>
        <w:t>Wat is de huidige situatie?</w:t>
      </w:r>
    </w:p>
    <w:tbl>
      <w:tblPr>
        <w:tblW w:type="auto" w:w="0"/>
        <w:jc w:val="center"/>
        <w:tblLayout w:type="fixed"/>
        <w:tblLook w:firstColumn="1" w:firstRow="1" w:lastColumn="0" w:lastRow="0" w:noHBand="0" w:noVBand="1" w:val="04A0"/>
      </w:tblPr>
      <w:tblGrid>
        <w:gridCol w:w="10483"/>
      </w:tblGrid>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Ik heb al een domeinnaam</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Ik heb al een website</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Ik heb alleen een domeinnaam</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Ik heb nog geen domeinnaam</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Ik wil mijn huidige website vervangen</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r>
    </w:tbl>
    <w:tbl>
      <w:tblPr>
        <w:tblW w:type="auto" w:w="0"/>
        <w:jc w:val="center"/>
        <w:tblLayout w:type="fixed"/>
        <w:tblLook w:firstColumn="1" w:firstRow="1" w:lastColumn="0" w:lastRow="0" w:noHBand="0" w:noVBand="1" w:val="04A0"/>
      </w:tblPr>
      <w:tblGrid>
        <w:gridCol w:w="3168"/>
        <w:gridCol w:w="7344"/>
      </w:tblGrid>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Domeinnaam</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Vul domeinnaam in indien aanwezig</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Huidige provider</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Bijvoorbeeld provider van domein of hosting</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Toegang beschikbaar</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Ja, nee of nog regelen</w:t>
            </w:r>
          </w:p>
        </w:tc>
      </w:tr>
    </w:tbl>
    <w:p>
      <w:pPr>
        <w:spacing w:before="100" w:after="60" w:line="240" w:lineRule="auto"/>
        <w:keepNext/>
      </w:pPr>
      <w:r>
        <w:rPr>
          <w:rFonts w:ascii="Aptos" w:hAnsi="Aptos"/>
          <w:b/>
          <w:i w:val="0"/>
          <w:color w:val="1B1B1B"/>
          <w:sz w:val="18"/>
        </w:rPr>
        <w:t>Moet inhoud van een bestaande website worden hergebruikt?</w:t>
      </w:r>
    </w:p>
    <w:tbl>
      <w:tblPr>
        <w:tblW w:type="auto" w:w="0"/>
        <w:jc w:val="center"/>
        <w:tblLayout w:type="fixed"/>
        <w:tblLook w:firstColumn="1" w:firstRow="1" w:lastColumn="0" w:lastRow="0" w:noHBand="0" w:noVBand="1" w:val="04A0"/>
      </w:tblPr>
      <w:tblGrid>
        <w:gridCol w:w="10483"/>
      </w:tblGrid>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Ja, zoveel mogelijk</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Ja, alleen bepaalde onderdelen</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Nee, we beginnen opnieuw</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r>
    </w:tbl>
    <w:p>
      <w:pPr>
        <w:spacing w:before="160" w:after="80" w:line="240" w:lineRule="auto"/>
        <w:keepNext/>
      </w:pPr>
      <w:r>
        <w:rPr>
          <w:rFonts w:ascii="Aptos" w:hAnsi="Aptos"/>
          <w:b/>
          <w:i w:val="0"/>
          <w:color w:val="82B535"/>
          <w:sz w:val="24"/>
        </w:rPr>
        <w:t>12. Juridische pagina’s</w:t>
      </w:r>
    </w:p>
    <w:p>
      <w:pPr>
        <w:spacing w:before="100" w:after="60" w:line="240" w:lineRule="auto"/>
        <w:keepNext/>
      </w:pPr>
      <w:r>
        <w:rPr>
          <w:rFonts w:ascii="Aptos" w:hAnsi="Aptos"/>
          <w:b/>
          <w:i w:val="0"/>
          <w:color w:val="1B1B1B"/>
          <w:sz w:val="18"/>
        </w:rPr>
        <w:t>Welke documenten wil je op de website plaatsen?</w:t>
      </w:r>
    </w:p>
    <w:tbl>
      <w:tblPr>
        <w:tblW w:type="auto" w:w="0"/>
        <w:jc w:val="center"/>
        <w:tblLayout w:type="fixed"/>
        <w:tblLook w:firstColumn="1" w:firstRow="1" w:lastColumn="0" w:lastRow="0" w:noHBand="0" w:noVBand="1" w:val="04A0"/>
      </w:tblPr>
      <w:tblGrid>
        <w:gridCol w:w="10483"/>
      </w:tblGrid>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Privacyverklaring</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Cookieverklaring</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Algemene voorwaarden</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Disclaimer</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Geen van deze documenten beschikbaar</w:t>
            </w:r>
          </w:p>
        </w:tc>
      </w:tr>
      <w:tr>
        <w:trPr>
          <w:cantSplit/>
        </w:trPr>
        <w:tc>
          <w:tcPr>
            <w:tcW w:type="dxa" w:w="10483"/>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r>
    </w:tbl>
    <w:tbl>
      <w:tblPr>
        <w:tblW w:type="auto" w:w="0"/>
        <w:jc w:val="center"/>
        <w:tblLook w:firstColumn="1" w:firstRow="1" w:lastColumn="0" w:lastRow="0" w:noHBand="0" w:noVBand="1" w:val="04A0"/>
      </w:tblPr>
      <w:tblGrid>
        <w:gridCol w:w="10570"/>
      </w:tblGrid>
      <w:tr>
        <w:trPr>
          <w:cantSplit/>
        </w:trPr>
        <w:tc>
          <w:tcPr>
            <w:tcW w:type="dxa" w:w="10570"/>
            <w:shd w:fill="F2F2F2"/>
            <w:tcBorders>
              <w:top w:val="single" w:sz="8" w:color="82B535"/>
              <w:left w:val="single" w:sz="4" w:color="D9D9D9"/>
              <w:bottom w:val="single" w:sz="4" w:color="D9D9D9"/>
              <w:right w:val="single" w:sz="4" w:color="D9D9D9"/>
            </w:tcBorders>
            <w:tcMar>
              <w:top w:w="110" w:type="dxa"/>
              <w:start w:w="130" w:type="dxa"/>
              <w:bottom w:w="110" w:type="dxa"/>
              <w:end w:w="130" w:type="dxa"/>
            </w:tcMar>
          </w:tcPr>
          <w:p>
            <w:pPr>
              <w:spacing w:before="0" w:after="40" w:line="240" w:lineRule="auto"/>
            </w:pPr>
            <w:r>
              <w:rPr>
                <w:rFonts w:ascii="Aptos" w:hAnsi="Aptos"/>
                <w:b/>
                <w:i w:val="0"/>
                <w:color w:val="82B535"/>
                <w:sz w:val="19"/>
              </w:rPr>
              <w:t>Aanlevering juridische teksten</w:t>
            </w:r>
          </w:p>
          <w:p>
            <w:pPr>
              <w:spacing w:before="0" w:after="0" w:line="259" w:lineRule="auto"/>
            </w:pPr>
            <w:r>
              <w:rPr>
                <w:rFonts w:ascii="Aptos" w:hAnsi="Aptos"/>
                <w:b w:val="0"/>
                <w:i w:val="0"/>
                <w:color w:val="1B1B1B"/>
                <w:sz w:val="17"/>
              </w:rPr>
              <w:t>Juridische documenten worden door de opdrachtgever aangeleverd. STH Media kan aangeleverde documenten op de website plaatsen, maar stelt deze niet standaard juridisch op.</w:t>
            </w:r>
          </w:p>
        </w:tc>
      </w:tr>
    </w:tbl>
    <w:p>
      <w:pPr>
        <w:spacing w:after="0"/>
      </w:pPr>
    </w:p>
    <w:p>
      <w:pPr>
        <w:pageBreakBefore/>
        <w:spacing w:before="0" w:after="0"/>
      </w:pPr>
      <w:r>
        <w:rPr>
          <w:sz w:val="2"/>
        </w:rPr>
      </w:r>
    </w:p>
    <w:tbl>
      <w:tblPr>
        <w:tblW w:type="auto" w:w="0"/>
        <w:jc w:val="center"/>
        <w:tblLayout w:type="fixed"/>
        <w:tblLook w:firstColumn="1" w:firstRow="1" w:lastColumn="0" w:lastRow="0" w:noHBand="0" w:noVBand="1" w:val="04A0"/>
      </w:tblPr>
      <w:tblGrid>
        <w:gridCol w:w="4608"/>
        <w:gridCol w:w="5976"/>
      </w:tblGrid>
      <w:tr>
        <w:trPr>
          <w:cantSplit/>
        </w:trPr>
        <w:tc>
          <w:tcPr>
            <w:tcW w:type="dxa" w:w="5285"/>
            <w:tcBorders>
              <w:bottom w:val="nil"/>
            </w:tcBorders>
            <w:tcMar>
              <w:top w:w="0" w:type="dxa"/>
              <w:start w:w="0" w:type="dxa"/>
              <w:bottom w:w="0" w:type="dxa"/>
              <w:end w:w="0" w:type="dxa"/>
            </w:tcMar>
          </w:tcPr>
          <w:p>
            <w:pPr>
              <w:spacing w:before="0" w:after="0" w:line="240" w:lineRule="auto"/>
            </w:pPr>
            <w:r>
              <w:drawing>
                <wp:inline xmlns:a="http://schemas.openxmlformats.org/drawingml/2006/main" xmlns:pic="http://schemas.openxmlformats.org/drawingml/2006/picture">
                  <wp:extent cx="749808" cy="749808"/>
                  <wp:docPr id="8" name="Picture 8"/>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749808" cy="749808"/>
                          </a:xfrm>
                          <a:prstGeom prst="rect"/>
                        </pic:spPr>
                      </pic:pic>
                    </a:graphicData>
                  </a:graphic>
                </wp:inline>
              </w:drawing>
            </w:r>
          </w:p>
        </w:tc>
        <w:tc>
          <w:tcPr>
            <w:tcW w:type="dxa" w:w="5285"/>
            <w:tcBorders>
              <w:bottom w:val="nil"/>
            </w:tcBorders>
            <w:tcMar>
              <w:top w:w="0" w:type="dxa"/>
              <w:start w:w="0" w:type="dxa"/>
              <w:bottom w:w="0" w:type="dxa"/>
              <w:end w:w="0" w:type="dxa"/>
            </w:tcMar>
          </w:tcPr>
          <w:p>
            <w:pPr>
              <w:spacing w:before="20" w:after="0" w:line="240" w:lineRule="auto"/>
              <w:jc w:val="right"/>
            </w:pPr>
            <w:r>
              <w:rPr>
                <w:rFonts w:ascii="Aptos" w:hAnsi="Aptos"/>
                <w:b/>
                <w:i w:val="0"/>
                <w:color w:val="1B1B1B"/>
                <w:sz w:val="36"/>
              </w:rPr>
              <w:t>VRAGENLIJST WEBSITE</w:t>
            </w:r>
          </w:p>
          <w:p>
            <w:pPr>
              <w:spacing w:before="40" w:after="0" w:line="240" w:lineRule="auto"/>
              <w:jc w:val="right"/>
            </w:pPr>
            <w:r>
              <w:rPr>
                <w:rFonts w:ascii="Aptos" w:hAnsi="Aptos"/>
                <w:b/>
                <w:i w:val="0"/>
                <w:color w:val="82B535"/>
                <w:sz w:val="19"/>
              </w:rPr>
              <w:t>STH Media</w:t>
            </w:r>
          </w:p>
        </w:tc>
      </w:tr>
    </w:tbl>
    <w:tbl>
      <w:tblPr>
        <w:tblW w:type="auto" w:w="0"/>
        <w:tblLayout w:type="fixed"/>
        <w:tblLook w:firstColumn="1" w:firstRow="1" w:lastColumn="0" w:lastRow="0" w:noHBand="0" w:noVBand="1" w:val="04A0"/>
      </w:tblPr>
      <w:tblGrid>
        <w:gridCol w:w="10598"/>
      </w:tblGrid>
      <w:tr>
        <w:tc>
          <w:tcPr>
            <w:tcW w:type="dxa" w:w="10570"/>
            <w:shd w:fill="82B535"/>
            <w:tcMar>
              <w:top w:w="0" w:type="dxa"/>
              <w:start w:w="0" w:type="dxa"/>
              <w:bottom w:w="0" w:type="dxa"/>
              <w:end w:w="0" w:type="dxa"/>
            </w:tcMar>
          </w:tcPr>
          <w:p>
            <w:pPr>
              <w:spacing w:after="0" w:before="0"/>
            </w:pPr>
          </w:p>
        </w:tc>
      </w:tr>
    </w:tbl>
    <w:p>
      <w:pPr>
        <w:spacing w:after="0"/>
      </w:pPr>
    </w:p>
    <w:p>
      <w:pPr>
        <w:spacing w:before="0" w:after="100" w:line="240" w:lineRule="auto"/>
      </w:pPr>
      <w:r>
        <w:rPr>
          <w:rFonts w:ascii="Aptos" w:hAnsi="Aptos"/>
          <w:b/>
          <w:i w:val="0"/>
          <w:color w:val="82B535"/>
          <w:sz w:val="21"/>
        </w:rPr>
        <w:t>Planning en aanlevering</w:t>
      </w:r>
    </w:p>
    <w:p>
      <w:pPr>
        <w:spacing w:before="160" w:after="80" w:line="240" w:lineRule="auto"/>
        <w:keepNext/>
      </w:pPr>
      <w:r>
        <w:rPr>
          <w:rFonts w:ascii="Aptos" w:hAnsi="Aptos"/>
          <w:b/>
          <w:i w:val="0"/>
          <w:color w:val="82B535"/>
          <w:sz w:val="24"/>
        </w:rPr>
        <w:t>13. Planning</w:t>
      </w:r>
    </w:p>
    <w:tbl>
      <w:tblPr>
        <w:tblW w:type="auto" w:w="0"/>
        <w:jc w:val="center"/>
        <w:tblLayout w:type="fixed"/>
        <w:tblLook w:firstColumn="1" w:firstRow="1" w:lastColumn="0" w:lastRow="0" w:noHBand="0" w:noVBand="1" w:val="04A0"/>
      </w:tblPr>
      <w:tblGrid>
        <w:gridCol w:w="3168"/>
        <w:gridCol w:w="7344"/>
      </w:tblGrid>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Gewenste start</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Vul gewenste periode in</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Gewenste online datum</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Vul gewenste datum in indien er een deadline is</w:t>
            </w:r>
          </w:p>
        </w:tc>
      </w:tr>
      <w:tr>
        <w:trPr>
          <w:cantSplit/>
        </w:trPr>
        <w:tc>
          <w:tcPr>
            <w:tcW w:type="dxa" w:w="3168"/>
            <w:shd w:fill="F2F2F2"/>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i w:val="0"/>
                <w:color w:val="1B1B1B"/>
                <w:sz w:val="17"/>
              </w:rPr>
              <w:t>Beslisser voor feedback</w:t>
            </w:r>
          </w:p>
        </w:tc>
        <w:tc>
          <w:tcPr>
            <w:tcW w:type="dxa" w:w="7344"/>
            <w:vAlign w:val="center"/>
            <w:tcBorders>
              <w:top w:val="single" w:sz="4" w:color="D9D9D9"/>
              <w:left w:val="single" w:sz="4" w:color="D9D9D9"/>
              <w:bottom w:val="single" w:sz="4" w:color="D9D9D9"/>
              <w:right w:val="single" w:sz="4" w:color="D9D9D9"/>
            </w:tcBorders>
            <w:tcMar>
              <w:top w:w="80" w:type="dxa"/>
              <w:start w:w="90" w:type="dxa"/>
              <w:bottom w:w="80" w:type="dxa"/>
              <w:end w:w="90" w:type="dxa"/>
            </w:tcMar>
          </w:tcPr>
          <w:p>
            <w:pPr>
              <w:spacing w:before="0" w:after="0" w:line="240" w:lineRule="auto"/>
            </w:pPr>
            <w:r>
              <w:rPr>
                <w:rFonts w:ascii="Aptos" w:hAnsi="Aptos"/>
                <w:b w:val="0"/>
                <w:i/>
                <w:color w:val="6B6B6B"/>
                <w:sz w:val="17"/>
              </w:rPr>
              <w:t>Wie geeft namens het bedrijf definitief akkoord?</w:t>
            </w:r>
          </w:p>
        </w:tc>
      </w:tr>
    </w:tbl>
    <w:p>
      <w:pPr>
        <w:spacing w:before="100" w:after="40" w:line="240" w:lineRule="auto"/>
        <w:keepNext/>
      </w:pPr>
      <w:r>
        <w:rPr>
          <w:rFonts w:ascii="Aptos" w:hAnsi="Aptos"/>
          <w:b/>
          <w:i w:val="0"/>
          <w:color w:val="1B1B1B"/>
          <w:sz w:val="18"/>
        </w:rPr>
        <w:t>Is er een belangrijke reden voor deze deadline?</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Bijvoorbeeld opening, campagne, beurs of lancering</w:t>
            </w:r>
          </w:p>
        </w:tc>
      </w:tr>
    </w:tbl>
    <w:p>
      <w:pPr>
        <w:spacing w:before="160" w:after="80" w:line="240" w:lineRule="auto"/>
        <w:keepNext/>
      </w:pPr>
      <w:r>
        <w:rPr>
          <w:rFonts w:ascii="Aptos" w:hAnsi="Aptos"/>
          <w:b/>
          <w:i w:val="0"/>
          <w:color w:val="82B535"/>
          <w:sz w:val="24"/>
        </w:rPr>
        <w:t>14. Bestanden aanleveren</w:t>
      </w:r>
    </w:p>
    <w:p>
      <w:pPr>
        <w:spacing w:before="100" w:after="60" w:line="240" w:lineRule="auto"/>
        <w:keepNext/>
      </w:pPr>
      <w:r>
        <w:rPr>
          <w:rFonts w:ascii="Aptos" w:hAnsi="Aptos"/>
          <w:b/>
          <w:i w:val="0"/>
          <w:color w:val="1B1B1B"/>
          <w:sz w:val="18"/>
        </w:rPr>
        <w:t>Hoe lever je de bestanden het liefst aan?</w:t>
      </w:r>
    </w:p>
    <w:tbl>
      <w:tblPr>
        <w:tblW w:type="auto" w:w="0"/>
        <w:jc w:val="center"/>
        <w:tblLayout w:type="fixed"/>
        <w:tblLook w:firstColumn="1" w:firstRow="1" w:lastColumn="0" w:lastRow="0" w:noHBand="0" w:noVBand="1" w:val="04A0"/>
      </w:tblPr>
      <w:tblGrid>
        <w:gridCol w:w="5242"/>
        <w:gridCol w:w="5242"/>
      </w:tblGrid>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Per e mail</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Via WeTransfer</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Via Google Drive</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Via een gedeelde map</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Anders, namelijk: ______________________________</w:t>
            </w:r>
          </w:p>
        </w:tc>
        <w:tc>
          <w:tcPr>
            <w:tcW w:type="dxa" w:w="5285"/>
            <w:tcBorders>
              <w:top w:val="single" w:sz="3" w:color="E6E6E6"/>
              <w:left w:val="single" w:sz="3" w:color="E6E6E6"/>
              <w:bottom w:val="single" w:sz="3" w:color="E6E6E6"/>
              <w:right w:val="single" w:sz="3" w:color="E6E6E6"/>
            </w:tcBorders>
          </w:tcPr>
          <w:p/>
        </w:tc>
      </w:tr>
    </w:tbl>
    <w:p>
      <w:pPr>
        <w:spacing w:before="100" w:after="60" w:line="240" w:lineRule="auto"/>
        <w:keepNext/>
      </w:pPr>
      <w:r>
        <w:rPr>
          <w:rFonts w:ascii="Aptos" w:hAnsi="Aptos"/>
          <w:b/>
          <w:i w:val="0"/>
          <w:color w:val="1B1B1B"/>
          <w:sz w:val="18"/>
        </w:rPr>
        <w:t>Controleer voor versturen of je dit hebt meegestuurd</w:t>
      </w:r>
    </w:p>
    <w:tbl>
      <w:tblPr>
        <w:tblW w:type="auto" w:w="0"/>
        <w:jc w:val="center"/>
        <w:tblLayout w:type="fixed"/>
        <w:tblLook w:firstColumn="1" w:firstRow="1" w:lastColumn="0" w:lastRow="0" w:noHBand="0" w:noVBand="1" w:val="04A0"/>
      </w:tblPr>
      <w:tblGrid>
        <w:gridCol w:w="5242"/>
        <w:gridCol w:w="5242"/>
      </w:tblGrid>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Logo bestanden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Kleuren en huisstijl</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Foto’s en video’s</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Teksten of steekwoorden</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Voorbeeldwebsites</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Contactgegevens</w:t>
            </w:r>
          </w:p>
        </w:tc>
      </w:tr>
      <w:tr>
        <w:trPr>
          <w:cantSplit/>
        </w:trPr>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Reviews of keurmerken</w:t>
            </w:r>
          </w:p>
        </w:tc>
        <w:tc>
          <w:tcPr>
            <w:tcW w:type="dxa" w:w="5242"/>
            <w:tcBorders>
              <w:top w:val="single" w:sz="3" w:color="E6E6E6"/>
              <w:left w:val="single" w:sz="3" w:color="E6E6E6"/>
              <w:bottom w:val="single" w:sz="3" w:color="E6E6E6"/>
              <w:right w:val="single" w:sz="3" w:color="E6E6E6"/>
            </w:tcBorders>
            <w:tcMar>
              <w:top w:w="65" w:type="dxa"/>
              <w:start w:w="85" w:type="dxa"/>
              <w:bottom w:w="65" w:type="dxa"/>
              <w:end w:w="85" w:type="dxa"/>
            </w:tcMar>
          </w:tcPr>
          <w:p>
            <w:pPr>
              <w:spacing w:before="0" w:after="0" w:line="240" w:lineRule="auto"/>
            </w:pPr>
            <w:r>
              <w:rPr>
                <w:rFonts w:ascii="Aptos" w:hAnsi="Aptos"/>
                <w:b w:val="0"/>
                <w:i w:val="0"/>
                <w:color w:val="82B535"/>
                <w:sz w:val="20"/>
              </w:rPr>
              <w:t xml:space="preserve">☐ </w:t>
            </w:r>
            <w:r>
              <w:rPr>
                <w:rFonts w:ascii="Aptos" w:hAnsi="Aptos"/>
                <w:b w:val="0"/>
                <w:i w:val="0"/>
                <w:color w:val="1B1B1B"/>
                <w:sz w:val="17"/>
              </w:rPr>
              <w:t>Juridische documenten indien van toepassing</w:t>
            </w:r>
          </w:p>
        </w:tc>
      </w:tr>
    </w:tbl>
    <w:p>
      <w:pPr>
        <w:spacing w:before="160" w:after="80" w:line="240" w:lineRule="auto"/>
        <w:keepNext/>
      </w:pPr>
      <w:r>
        <w:rPr>
          <w:rFonts w:ascii="Aptos" w:hAnsi="Aptos"/>
          <w:b/>
          <w:i w:val="0"/>
          <w:color w:val="82B535"/>
          <w:sz w:val="24"/>
        </w:rPr>
        <w:t>15. Laatste opmerkingen</w:t>
      </w:r>
    </w:p>
    <w:p>
      <w:pPr>
        <w:spacing w:before="100" w:after="40" w:line="240" w:lineRule="auto"/>
        <w:keepNext/>
      </w:pPr>
      <w:r>
        <w:rPr>
          <w:rFonts w:ascii="Aptos" w:hAnsi="Aptos"/>
          <w:b/>
          <w:i w:val="0"/>
          <w:color w:val="1B1B1B"/>
          <w:sz w:val="18"/>
        </w:rPr>
        <w:t>Is er nog iets dat we moeten weten voordat we starten?</w:t>
      </w:r>
    </w:p>
    <w:tbl>
      <w:tblPr>
        <w:tblW w:type="auto" w:w="0"/>
        <w:jc w:val="center"/>
        <w:tblLook w:firstColumn="1" w:firstRow="1" w:lastColumn="0" w:lastRow="0" w:noHBand="0" w:noVBand="1" w:val="04A0"/>
      </w:tblPr>
      <w:tblGrid>
        <w:gridCol w:w="10570"/>
      </w:tblGrid>
      <w:tr>
        <w:trPr>
          <w:cantSplit/>
        </w:trPr>
        <w:tc>
          <w:tcPr>
            <w:tcW w:type="dxa" w:w="10570"/>
            <w:tcBorders>
              <w:top w:val="single" w:sz="4" w:color="D9D9D9"/>
              <w:left w:val="single" w:sz="4" w:color="D9D9D9"/>
              <w:bottom w:val="single" w:sz="4" w:color="D9D9D9"/>
              <w:right w:val="single" w:sz="4" w:color="D9D9D9"/>
            </w:tcBorders>
            <w:tcMar>
              <w:top w:w="90" w:type="dxa"/>
              <w:start w:w="100" w:type="dxa"/>
              <w:bottom w:w="90" w:type="dxa"/>
              <w:end w:w="100" w:type="dxa"/>
            </w:tcMar>
          </w:tcPr>
          <w:p>
            <w:pPr>
              <w:spacing w:before="0" w:after="0" w:line="240" w:lineRule="auto"/>
            </w:pPr>
            <w:r>
              <w:rPr>
                <w:rFonts w:ascii="Aptos" w:hAnsi="Aptos"/>
                <w:b w:val="0"/>
                <w:i/>
                <w:color w:val="6B6B6B"/>
                <w:sz w:val="17"/>
              </w:rPr>
              <w:t>Alle extra informatie die kan helpen om de eerste versie goed te laten aansluiten</w:t>
            </w:r>
          </w:p>
          <w:p>
            <w:pPr>
              <w:spacing w:before="0" w:after="0" w:line="240" w:lineRule="auto"/>
            </w:pPr>
            <w:r>
              <w:rPr>
                <w:rFonts w:ascii="Aptos" w:hAnsi="Aptos"/>
                <w:b w:val="0"/>
                <w:i w:val="0"/>
                <w:color w:val="1B1B1B"/>
                <w:sz w:val="17"/>
              </w:rPr>
              <w:t xml:space="preserve"> </w:t>
            </w:r>
          </w:p>
          <w:p>
            <w:pPr>
              <w:spacing w:before="0" w:after="0" w:line="240" w:lineRule="auto"/>
            </w:pPr>
            <w:r>
              <w:rPr>
                <w:rFonts w:ascii="Aptos" w:hAnsi="Aptos"/>
                <w:b w:val="0"/>
                <w:i w:val="0"/>
                <w:color w:val="1B1B1B"/>
                <w:sz w:val="17"/>
              </w:rPr>
              <w:t xml:space="preserve"> </w:t>
            </w:r>
          </w:p>
          <w:p>
            <w:pPr>
              <w:spacing w:before="0" w:after="0" w:line="240" w:lineRule="auto"/>
            </w:pPr>
            <w:r>
              <w:rPr>
                <w:rFonts w:ascii="Aptos" w:hAnsi="Aptos"/>
                <w:b w:val="0"/>
                <w:i w:val="0"/>
                <w:color w:val="1B1B1B"/>
                <w:sz w:val="17"/>
              </w:rPr>
              <w:t xml:space="preserve"> </w:t>
            </w:r>
          </w:p>
        </w:tc>
      </w:tr>
    </w:tbl>
    <w:tbl>
      <w:tblPr>
        <w:tblW w:type="auto" w:w="0"/>
        <w:jc w:val="center"/>
        <w:tblLook w:firstColumn="1" w:firstRow="1" w:lastColumn="0" w:lastRow="0" w:noHBand="0" w:noVBand="1" w:val="04A0"/>
      </w:tblPr>
      <w:tblGrid>
        <w:gridCol w:w="10570"/>
      </w:tblGrid>
      <w:tr>
        <w:trPr>
          <w:cantSplit/>
        </w:trPr>
        <w:tc>
          <w:tcPr>
            <w:tcW w:type="dxa" w:w="10570"/>
            <w:shd w:fill="F2F2F2"/>
            <w:tcBorders>
              <w:top w:val="single" w:sz="8" w:color="82B535"/>
              <w:left w:val="single" w:sz="4" w:color="D9D9D9"/>
              <w:bottom w:val="single" w:sz="4" w:color="D9D9D9"/>
              <w:right w:val="single" w:sz="4" w:color="D9D9D9"/>
            </w:tcBorders>
            <w:tcMar>
              <w:top w:w="110" w:type="dxa"/>
              <w:start w:w="130" w:type="dxa"/>
              <w:bottom w:w="110" w:type="dxa"/>
              <w:end w:w="130" w:type="dxa"/>
            </w:tcMar>
          </w:tcPr>
          <w:p>
            <w:pPr>
              <w:spacing w:before="0" w:after="40" w:line="240" w:lineRule="auto"/>
            </w:pPr>
            <w:r>
              <w:rPr>
                <w:rFonts w:ascii="Aptos" w:hAnsi="Aptos"/>
                <w:b/>
                <w:i w:val="0"/>
                <w:color w:val="82B535"/>
                <w:sz w:val="19"/>
              </w:rPr>
              <w:t>Klaar?</w:t>
            </w:r>
          </w:p>
          <w:p>
            <w:pPr>
              <w:spacing w:before="0" w:after="0" w:line="259" w:lineRule="auto"/>
            </w:pPr>
            <w:r>
              <w:rPr>
                <w:rFonts w:ascii="Aptos" w:hAnsi="Aptos"/>
                <w:b w:val="0"/>
                <w:i w:val="0"/>
                <w:color w:val="1B1B1B"/>
                <w:sz w:val="17"/>
              </w:rPr>
              <w:t>Stuur de ingevulde vragenlijst samen met de beschikbare bestanden terug naar info@sth-media.com. Zodra de benodigde informatie compleet is, kan de ontwikkeling van de website worden ingepland.</w:t>
            </w:r>
          </w:p>
        </w:tc>
      </w:tr>
    </w:tbl>
    <w:p>
      <w:pPr>
        <w:spacing w:after="0"/>
      </w:pPr>
    </w:p>
    <w:sectPr w:rsidR="00FC693F" w:rsidRPr="0006063C" w:rsidSect="00034616">
      <w:footerReference w:type="default" r:id="rId9"/>
      <w:pgSz w:w="12240" w:h="15840"/>
      <w:pgMar w:top="648" w:right="835" w:bottom="605" w:left="835" w:header="288"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Aptos" w:hAnsi="Aptos"/>
        <w:b w:val="0"/>
        <w:i w:val="0"/>
        <w:color w:val="6B6B6B"/>
        <w:sz w:val="15"/>
      </w:rPr>
      <w:t>STH Media   |   info@sth-media.com   |   www.sth-media.com   |   KvK 42147343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B1B1B"/>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